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00"/>
        <w:jc w:val="center"/>
      </w:pPr>
      <w:r>
        <w:rPr>
          <w:rFonts w:ascii="Hiragino Sans GB" w:hAnsi="Hiragino Sans GB" w:eastAsia="Hiragino Sans GB"/>
          <w:b/>
          <w:color w:val="2D5B49"/>
          <w:sz w:val="44"/>
        </w:rPr>
        <w:t>合道IP声音系统｜30篇批量文稿模板</w:t>
      </w:r>
    </w:p>
    <w:p>
      <w:pPr>
        <w:spacing w:after="280"/>
        <w:jc w:val="center"/>
      </w:pPr>
      <w:r>
        <w:rPr>
          <w:rFonts w:ascii="Hiragino Sans GB" w:hAnsi="Hiragino Sans GB" w:eastAsia="Hiragino Sans GB"/>
          <w:b w:val="0"/>
          <w:color w:val="606964"/>
          <w:sz w:val="20"/>
        </w:rPr>
        <w:t>填写完成后，将本 DOCX 文件直接上传到 Voice.hedaoaiip.com</w:t>
      </w:r>
    </w:p>
    <w:p>
      <w:pPr>
        <w:spacing w:after="260"/>
      </w:pPr>
      <w:r>
        <w:rPr>
          <w:rFonts w:ascii="Hiragino Sans GB" w:hAnsi="Hiragino Sans GB" w:eastAsia="Hiragino Sans GB"/>
          <w:b/>
          <w:color w:val="AB8034"/>
          <w:sz w:val="20"/>
        </w:rPr>
        <w:t>填写说明：</w:t>
      </w:r>
      <w:r>
        <w:rPr>
          <w:rFonts w:ascii="Hiragino Sans GB" w:hAnsi="Hiragino Sans GB" w:eastAsia="Hiragino Sans GB"/>
          <w:b w:val="0"/>
          <w:color w:val="606964"/>
          <w:sz w:val="18"/>
        </w:rPr>
        <w:t>不要删除【】字段标签和每篇之间的 --- 分隔线；场景可填“职场口播 / 生活 Vlog / 喜悦分享 / 低落叙述 / 力量表达”，情绪可填“自动 / 平静 / 开心 / 悲伤 / 愤怒 / 兴奋”。</w:t>
      </w:r>
    </w:p>
    <w:p>
      <w:pPr>
        <w:keepNext/>
        <w:spacing w:before="160" w:after="100"/>
      </w:pPr>
      <w:r>
        <w:rPr>
          <w:rFonts w:ascii="Hiragino Sans GB" w:hAnsi="Hiragino Sans GB" w:eastAsia="Hiragino Sans GB"/>
          <w:b/>
          <w:color w:val="2D5B49"/>
          <w:sz w:val="26"/>
        </w:rPr>
        <w:t>第 01 篇</w:t>
      </w:r>
    </w:p>
    <w:p>
      <w:pPr>
        <w:spacing w:after="60" w:line="276" w:lineRule="auto"/>
      </w:pPr>
      <w:r>
        <w:rPr>
          <w:rFonts w:ascii="Hiragino Sans GB" w:hAnsi="Hiragino Sans GB" w:eastAsia="Hiragino Sans GB"/>
          <w:b/>
          <w:color w:val="2D5B49"/>
          <w:sz w:val="22"/>
        </w:rPr>
        <w:t>【标题】</w:t>
      </w:r>
      <w:r>
        <w:rPr>
          <w:rFonts w:ascii="Hiragino Sans GB" w:hAnsi="Hiragino Sans GB" w:eastAsia="Hiragino Sans GB"/>
          <w:b w:val="0"/>
          <w:sz w:val="22"/>
        </w:rPr>
        <w:t>请填写第 01 篇标题</w:t>
      </w:r>
    </w:p>
    <w:p>
      <w:pPr>
        <w:spacing w:after="60" w:line="276" w:lineRule="auto"/>
      </w:pPr>
      <w:r>
        <w:rPr>
          <w:rFonts w:ascii="Hiragino Sans GB" w:hAnsi="Hiragino Sans GB" w:eastAsia="Hiragino Sans GB"/>
          <w:b/>
          <w:color w:val="2D5B49"/>
          <w:sz w:val="22"/>
        </w:rPr>
        <w:t>【场景】</w:t>
      </w:r>
      <w:r>
        <w:rPr>
          <w:rFonts w:ascii="Hiragino Sans GB" w:hAnsi="Hiragino Sans GB" w:eastAsia="Hiragino Sans GB"/>
          <w:b w:val="0"/>
          <w:sz w:val="22"/>
        </w:rPr>
        <w:t>职场口播</w:t>
      </w:r>
    </w:p>
    <w:p>
      <w:pPr>
        <w:spacing w:after="60" w:line="276" w:lineRule="auto"/>
      </w:pPr>
      <w:r>
        <w:rPr>
          <w:rFonts w:ascii="Hiragino Sans GB" w:hAnsi="Hiragino Sans GB" w:eastAsia="Hiragino Sans GB"/>
          <w:b/>
          <w:color w:val="2D5B49"/>
          <w:sz w:val="22"/>
        </w:rPr>
        <w:t>【情绪】</w:t>
      </w:r>
      <w:r>
        <w:rPr>
          <w:rFonts w:ascii="Hiragino Sans GB" w:hAnsi="Hiragino Sans GB" w:eastAsia="Hiragino Sans GB"/>
          <w:b w:val="0"/>
          <w:sz w:val="22"/>
        </w:rPr>
        <w:t>自动</w:t>
      </w:r>
    </w:p>
    <w:p>
      <w:pPr>
        <w:spacing w:after="60" w:line="276" w:lineRule="auto"/>
      </w:pPr>
      <w:r>
        <w:rPr>
          <w:rFonts w:ascii="Hiragino Sans GB" w:hAnsi="Hiragino Sans GB" w:eastAsia="Hiragino Sans GB"/>
          <w:b/>
          <w:color w:val="2D5B49"/>
          <w:sz w:val="22"/>
        </w:rPr>
        <w:t>【文件名】</w:t>
      </w:r>
      <w:r>
        <w:rPr>
          <w:rFonts w:ascii="Hiragino Sans GB" w:hAnsi="Hiragino Sans GB" w:eastAsia="Hiragino Sans GB"/>
          <w:b w:val="0"/>
          <w:sz w:val="22"/>
        </w:rPr>
        <w:t>01_请填写文件名.mp3</w:t>
      </w:r>
    </w:p>
    <w:p>
      <w:pPr>
        <w:spacing w:after="60" w:line="276" w:lineRule="auto"/>
      </w:pPr>
      <w:r>
        <w:rPr>
          <w:rFonts w:ascii="Hiragino Sans GB" w:hAnsi="Hiragino Sans GB" w:eastAsia="Hiragino Sans GB"/>
          <w:b/>
          <w:color w:val="2D5B49"/>
          <w:sz w:val="22"/>
        </w:rPr>
        <w:t>【文案】</w:t>
      </w:r>
      <w:r>
        <w:rPr>
          <w:rFonts w:ascii="Hiragino Sans GB" w:hAnsi="Hiragino Sans GB" w:eastAsia="Hiragino Sans GB"/>
          <w:b w:val="0"/>
          <w:sz w:val="22"/>
        </w:rPr>
        <w:t>请在这里粘贴完整口播文案。可换行，但不要在文案内单独输入三个或以上的减号。</w:t>
      </w:r>
    </w:p>
    <w:p>
      <w:pPr>
        <w:spacing w:before="160" w:after="100"/>
        <w:jc w:val="center"/>
      </w:pPr>
      <w:r>
        <w:rPr>
          <w:rFonts w:ascii="Hiragino Sans GB" w:hAnsi="Hiragino Sans GB" w:eastAsia="Hiragino Sans GB"/>
          <w:b/>
          <w:color w:val="AB8034"/>
          <w:sz w:val="18"/>
        </w:rPr>
        <w:t>---</w:t>
      </w:r>
    </w:p>
    <w:p>
      <w:pPr>
        <w:keepNext/>
        <w:spacing w:before="160" w:after="100"/>
      </w:pPr>
      <w:r>
        <w:rPr>
          <w:rFonts w:ascii="Hiragino Sans GB" w:hAnsi="Hiragino Sans GB" w:eastAsia="Hiragino Sans GB"/>
          <w:b/>
          <w:color w:val="2D5B49"/>
          <w:sz w:val="26"/>
        </w:rPr>
        <w:t>第 02 篇</w:t>
      </w:r>
    </w:p>
    <w:p>
      <w:pPr>
        <w:spacing w:after="60" w:line="276" w:lineRule="auto"/>
      </w:pPr>
      <w:r>
        <w:rPr>
          <w:rFonts w:ascii="Hiragino Sans GB" w:hAnsi="Hiragino Sans GB" w:eastAsia="Hiragino Sans GB"/>
          <w:b/>
          <w:color w:val="2D5B49"/>
          <w:sz w:val="22"/>
        </w:rPr>
        <w:t>【标题】</w:t>
      </w:r>
      <w:r>
        <w:rPr>
          <w:rFonts w:ascii="Hiragino Sans GB" w:hAnsi="Hiragino Sans GB" w:eastAsia="Hiragino Sans GB"/>
          <w:b w:val="0"/>
          <w:sz w:val="22"/>
        </w:rPr>
        <w:t>请填写第 02 篇标题</w:t>
      </w:r>
    </w:p>
    <w:p>
      <w:pPr>
        <w:spacing w:after="60" w:line="276" w:lineRule="auto"/>
      </w:pPr>
      <w:r>
        <w:rPr>
          <w:rFonts w:ascii="Hiragino Sans GB" w:hAnsi="Hiragino Sans GB" w:eastAsia="Hiragino Sans GB"/>
          <w:b/>
          <w:color w:val="2D5B49"/>
          <w:sz w:val="22"/>
        </w:rPr>
        <w:t>【场景】</w:t>
      </w:r>
      <w:r>
        <w:rPr>
          <w:rFonts w:ascii="Hiragino Sans GB" w:hAnsi="Hiragino Sans GB" w:eastAsia="Hiragino Sans GB"/>
          <w:b w:val="0"/>
          <w:sz w:val="22"/>
        </w:rPr>
        <w:t>职场口播</w:t>
      </w:r>
    </w:p>
    <w:p>
      <w:pPr>
        <w:spacing w:after="60" w:line="276" w:lineRule="auto"/>
      </w:pPr>
      <w:r>
        <w:rPr>
          <w:rFonts w:ascii="Hiragino Sans GB" w:hAnsi="Hiragino Sans GB" w:eastAsia="Hiragino Sans GB"/>
          <w:b/>
          <w:color w:val="2D5B49"/>
          <w:sz w:val="22"/>
        </w:rPr>
        <w:t>【情绪】</w:t>
      </w:r>
      <w:r>
        <w:rPr>
          <w:rFonts w:ascii="Hiragino Sans GB" w:hAnsi="Hiragino Sans GB" w:eastAsia="Hiragino Sans GB"/>
          <w:b w:val="0"/>
          <w:sz w:val="22"/>
        </w:rPr>
        <w:t>自动</w:t>
      </w:r>
    </w:p>
    <w:p>
      <w:pPr>
        <w:spacing w:after="60" w:line="276" w:lineRule="auto"/>
      </w:pPr>
      <w:r>
        <w:rPr>
          <w:rFonts w:ascii="Hiragino Sans GB" w:hAnsi="Hiragino Sans GB" w:eastAsia="Hiragino Sans GB"/>
          <w:b/>
          <w:color w:val="2D5B49"/>
          <w:sz w:val="22"/>
        </w:rPr>
        <w:t>【文件名】</w:t>
      </w:r>
      <w:r>
        <w:rPr>
          <w:rFonts w:ascii="Hiragino Sans GB" w:hAnsi="Hiragino Sans GB" w:eastAsia="Hiragino Sans GB"/>
          <w:b w:val="0"/>
          <w:sz w:val="22"/>
        </w:rPr>
        <w:t>02_请填写文件名.mp3</w:t>
      </w:r>
    </w:p>
    <w:p>
      <w:pPr>
        <w:spacing w:after="60" w:line="276" w:lineRule="auto"/>
      </w:pPr>
      <w:r>
        <w:rPr>
          <w:rFonts w:ascii="Hiragino Sans GB" w:hAnsi="Hiragino Sans GB" w:eastAsia="Hiragino Sans GB"/>
          <w:b/>
          <w:color w:val="2D5B49"/>
          <w:sz w:val="22"/>
        </w:rPr>
        <w:t>【文案】</w:t>
      </w:r>
      <w:r>
        <w:rPr>
          <w:rFonts w:ascii="Hiragino Sans GB" w:hAnsi="Hiragino Sans GB" w:eastAsia="Hiragino Sans GB"/>
          <w:b w:val="0"/>
          <w:sz w:val="22"/>
        </w:rPr>
        <w:t>请在这里粘贴完整口播文案。可换行，但不要在文案内单独输入三个或以上的减号。</w:t>
      </w:r>
    </w:p>
    <w:p>
      <w:pPr>
        <w:spacing w:before="160" w:after="100"/>
        <w:jc w:val="center"/>
      </w:pPr>
      <w:r>
        <w:rPr>
          <w:rFonts w:ascii="Hiragino Sans GB" w:hAnsi="Hiragino Sans GB" w:eastAsia="Hiragino Sans GB"/>
          <w:b/>
          <w:color w:val="AB8034"/>
          <w:sz w:val="18"/>
        </w:rPr>
        <w:t>---</w:t>
      </w:r>
    </w:p>
    <w:p>
      <w:pPr>
        <w:keepNext/>
        <w:spacing w:before="160" w:after="100"/>
      </w:pPr>
      <w:r>
        <w:rPr>
          <w:rFonts w:ascii="Hiragino Sans GB" w:hAnsi="Hiragino Sans GB" w:eastAsia="Hiragino Sans GB"/>
          <w:b/>
          <w:color w:val="2D5B49"/>
          <w:sz w:val="26"/>
        </w:rPr>
        <w:t>第 03 篇</w:t>
      </w:r>
    </w:p>
    <w:p>
      <w:pPr>
        <w:spacing w:after="60" w:line="276" w:lineRule="auto"/>
      </w:pPr>
      <w:r>
        <w:rPr>
          <w:rFonts w:ascii="Hiragino Sans GB" w:hAnsi="Hiragino Sans GB" w:eastAsia="Hiragino Sans GB"/>
          <w:b/>
          <w:color w:val="2D5B49"/>
          <w:sz w:val="22"/>
        </w:rPr>
        <w:t>【标题】</w:t>
      </w:r>
      <w:r>
        <w:rPr>
          <w:rFonts w:ascii="Hiragino Sans GB" w:hAnsi="Hiragino Sans GB" w:eastAsia="Hiragino Sans GB"/>
          <w:b w:val="0"/>
          <w:sz w:val="22"/>
        </w:rPr>
        <w:t>请填写第 03 篇标题</w:t>
      </w:r>
    </w:p>
    <w:p>
      <w:pPr>
        <w:spacing w:after="60" w:line="276" w:lineRule="auto"/>
      </w:pPr>
      <w:r>
        <w:rPr>
          <w:rFonts w:ascii="Hiragino Sans GB" w:hAnsi="Hiragino Sans GB" w:eastAsia="Hiragino Sans GB"/>
          <w:b/>
          <w:color w:val="2D5B49"/>
          <w:sz w:val="22"/>
        </w:rPr>
        <w:t>【场景】</w:t>
      </w:r>
      <w:r>
        <w:rPr>
          <w:rFonts w:ascii="Hiragino Sans GB" w:hAnsi="Hiragino Sans GB" w:eastAsia="Hiragino Sans GB"/>
          <w:b w:val="0"/>
          <w:sz w:val="22"/>
        </w:rPr>
        <w:t>职场口播</w:t>
      </w:r>
    </w:p>
    <w:p>
      <w:pPr>
        <w:spacing w:after="60" w:line="276" w:lineRule="auto"/>
      </w:pPr>
      <w:r>
        <w:rPr>
          <w:rFonts w:ascii="Hiragino Sans GB" w:hAnsi="Hiragino Sans GB" w:eastAsia="Hiragino Sans GB"/>
          <w:b/>
          <w:color w:val="2D5B49"/>
          <w:sz w:val="22"/>
        </w:rPr>
        <w:t>【情绪】</w:t>
      </w:r>
      <w:r>
        <w:rPr>
          <w:rFonts w:ascii="Hiragino Sans GB" w:hAnsi="Hiragino Sans GB" w:eastAsia="Hiragino Sans GB"/>
          <w:b w:val="0"/>
          <w:sz w:val="22"/>
        </w:rPr>
        <w:t>自动</w:t>
      </w:r>
    </w:p>
    <w:p>
      <w:pPr>
        <w:spacing w:after="60" w:line="276" w:lineRule="auto"/>
      </w:pPr>
      <w:r>
        <w:rPr>
          <w:rFonts w:ascii="Hiragino Sans GB" w:hAnsi="Hiragino Sans GB" w:eastAsia="Hiragino Sans GB"/>
          <w:b/>
          <w:color w:val="2D5B49"/>
          <w:sz w:val="22"/>
        </w:rPr>
        <w:t>【文件名】</w:t>
      </w:r>
      <w:r>
        <w:rPr>
          <w:rFonts w:ascii="Hiragino Sans GB" w:hAnsi="Hiragino Sans GB" w:eastAsia="Hiragino Sans GB"/>
          <w:b w:val="0"/>
          <w:sz w:val="22"/>
        </w:rPr>
        <w:t>03_请填写文件名.mp3</w:t>
      </w:r>
    </w:p>
    <w:p>
      <w:pPr>
        <w:spacing w:after="60" w:line="276" w:lineRule="auto"/>
      </w:pPr>
      <w:r>
        <w:rPr>
          <w:rFonts w:ascii="Hiragino Sans GB" w:hAnsi="Hiragino Sans GB" w:eastAsia="Hiragino Sans GB"/>
          <w:b/>
          <w:color w:val="2D5B49"/>
          <w:sz w:val="22"/>
        </w:rPr>
        <w:t>【文案】</w:t>
      </w:r>
      <w:r>
        <w:rPr>
          <w:rFonts w:ascii="Hiragino Sans GB" w:hAnsi="Hiragino Sans GB" w:eastAsia="Hiragino Sans GB"/>
          <w:b w:val="0"/>
          <w:sz w:val="22"/>
        </w:rPr>
        <w:t>请在这里粘贴完整口播文案。可换行，但不要在文案内单独输入三个或以上的减号。</w:t>
      </w:r>
    </w:p>
    <w:p>
      <w:pPr>
        <w:spacing w:before="160" w:after="100"/>
        <w:jc w:val="center"/>
      </w:pPr>
      <w:r>
        <w:rPr>
          <w:rFonts w:ascii="Hiragino Sans GB" w:hAnsi="Hiragino Sans GB" w:eastAsia="Hiragino Sans GB"/>
          <w:b/>
          <w:color w:val="AB8034"/>
          <w:sz w:val="18"/>
        </w:rPr>
        <w:t>---</w:t>
      </w:r>
    </w:p>
    <w:p>
      <w:pPr>
        <w:keepNext/>
        <w:spacing w:before="160" w:after="100"/>
      </w:pPr>
      <w:r>
        <w:rPr>
          <w:rFonts w:ascii="Hiragino Sans GB" w:hAnsi="Hiragino Sans GB" w:eastAsia="Hiragino Sans GB"/>
          <w:b/>
          <w:color w:val="2D5B49"/>
          <w:sz w:val="26"/>
        </w:rPr>
        <w:t>第 04 篇</w:t>
      </w:r>
    </w:p>
    <w:p>
      <w:pPr>
        <w:spacing w:after="60" w:line="276" w:lineRule="auto"/>
      </w:pPr>
      <w:r>
        <w:rPr>
          <w:rFonts w:ascii="Hiragino Sans GB" w:hAnsi="Hiragino Sans GB" w:eastAsia="Hiragino Sans GB"/>
          <w:b/>
          <w:color w:val="2D5B49"/>
          <w:sz w:val="22"/>
        </w:rPr>
        <w:t>【标题】</w:t>
      </w:r>
      <w:r>
        <w:rPr>
          <w:rFonts w:ascii="Hiragino Sans GB" w:hAnsi="Hiragino Sans GB" w:eastAsia="Hiragino Sans GB"/>
          <w:b w:val="0"/>
          <w:sz w:val="22"/>
        </w:rPr>
        <w:t>请填写第 04 篇标题</w:t>
      </w:r>
    </w:p>
    <w:p>
      <w:pPr>
        <w:spacing w:after="60" w:line="276" w:lineRule="auto"/>
      </w:pPr>
      <w:r>
        <w:rPr>
          <w:rFonts w:ascii="Hiragino Sans GB" w:hAnsi="Hiragino Sans GB" w:eastAsia="Hiragino Sans GB"/>
          <w:b/>
          <w:color w:val="2D5B49"/>
          <w:sz w:val="22"/>
        </w:rPr>
        <w:t>【场景】</w:t>
      </w:r>
      <w:r>
        <w:rPr>
          <w:rFonts w:ascii="Hiragino Sans GB" w:hAnsi="Hiragino Sans GB" w:eastAsia="Hiragino Sans GB"/>
          <w:b w:val="0"/>
          <w:sz w:val="22"/>
        </w:rPr>
        <w:t>职场口播</w:t>
      </w:r>
    </w:p>
    <w:p>
      <w:pPr>
        <w:spacing w:after="60" w:line="276" w:lineRule="auto"/>
      </w:pPr>
      <w:r>
        <w:rPr>
          <w:rFonts w:ascii="Hiragino Sans GB" w:hAnsi="Hiragino Sans GB" w:eastAsia="Hiragino Sans GB"/>
          <w:b/>
          <w:color w:val="2D5B49"/>
          <w:sz w:val="22"/>
        </w:rPr>
        <w:t>【情绪】</w:t>
      </w:r>
      <w:r>
        <w:rPr>
          <w:rFonts w:ascii="Hiragino Sans GB" w:hAnsi="Hiragino Sans GB" w:eastAsia="Hiragino Sans GB"/>
          <w:b w:val="0"/>
          <w:sz w:val="22"/>
        </w:rPr>
        <w:t>自动</w:t>
      </w:r>
    </w:p>
    <w:p>
      <w:pPr>
        <w:spacing w:after="60" w:line="276" w:lineRule="auto"/>
      </w:pPr>
      <w:r>
        <w:rPr>
          <w:rFonts w:ascii="Hiragino Sans GB" w:hAnsi="Hiragino Sans GB" w:eastAsia="Hiragino Sans GB"/>
          <w:b/>
          <w:color w:val="2D5B49"/>
          <w:sz w:val="22"/>
        </w:rPr>
        <w:t>【文件名】</w:t>
      </w:r>
      <w:r>
        <w:rPr>
          <w:rFonts w:ascii="Hiragino Sans GB" w:hAnsi="Hiragino Sans GB" w:eastAsia="Hiragino Sans GB"/>
          <w:b w:val="0"/>
          <w:sz w:val="22"/>
        </w:rPr>
        <w:t>04_请填写文件名.mp3</w:t>
      </w:r>
    </w:p>
    <w:p>
      <w:pPr>
        <w:spacing w:after="60" w:line="276" w:lineRule="auto"/>
      </w:pPr>
      <w:r>
        <w:rPr>
          <w:rFonts w:ascii="Hiragino Sans GB" w:hAnsi="Hiragino Sans GB" w:eastAsia="Hiragino Sans GB"/>
          <w:b/>
          <w:color w:val="2D5B49"/>
          <w:sz w:val="22"/>
        </w:rPr>
        <w:t>【文案】</w:t>
      </w:r>
      <w:r>
        <w:rPr>
          <w:rFonts w:ascii="Hiragino Sans GB" w:hAnsi="Hiragino Sans GB" w:eastAsia="Hiragino Sans GB"/>
          <w:b w:val="0"/>
          <w:sz w:val="22"/>
        </w:rPr>
        <w:t>请在这里粘贴完整口播文案。可换行，但不要在文案内单独输入三个或以上的减号。</w:t>
      </w:r>
    </w:p>
    <w:p>
      <w:pPr>
        <w:spacing w:before="160" w:after="100"/>
        <w:jc w:val="center"/>
      </w:pPr>
      <w:r>
        <w:rPr>
          <w:rFonts w:ascii="Hiragino Sans GB" w:hAnsi="Hiragino Sans GB" w:eastAsia="Hiragino Sans GB"/>
          <w:b/>
          <w:color w:val="AB8034"/>
          <w:sz w:val="18"/>
        </w:rPr>
        <w:t>---</w:t>
      </w:r>
    </w:p>
    <w:p>
      <w:pPr>
        <w:keepNext/>
        <w:spacing w:before="160" w:after="100"/>
      </w:pPr>
      <w:r>
        <w:rPr>
          <w:rFonts w:ascii="Hiragino Sans GB" w:hAnsi="Hiragino Sans GB" w:eastAsia="Hiragino Sans GB"/>
          <w:b/>
          <w:color w:val="2D5B49"/>
          <w:sz w:val="26"/>
        </w:rPr>
        <w:t>第 05 篇</w:t>
      </w:r>
    </w:p>
    <w:p>
      <w:pPr>
        <w:spacing w:after="60" w:line="276" w:lineRule="auto"/>
      </w:pPr>
      <w:r>
        <w:rPr>
          <w:rFonts w:ascii="Hiragino Sans GB" w:hAnsi="Hiragino Sans GB" w:eastAsia="Hiragino Sans GB"/>
          <w:b/>
          <w:color w:val="2D5B49"/>
          <w:sz w:val="22"/>
        </w:rPr>
        <w:t>【标题】</w:t>
      </w:r>
      <w:r>
        <w:rPr>
          <w:rFonts w:ascii="Hiragino Sans GB" w:hAnsi="Hiragino Sans GB" w:eastAsia="Hiragino Sans GB"/>
          <w:b w:val="0"/>
          <w:sz w:val="22"/>
        </w:rPr>
        <w:t>请填写第 05 篇标题</w:t>
      </w:r>
    </w:p>
    <w:p>
      <w:pPr>
        <w:spacing w:after="60" w:line="276" w:lineRule="auto"/>
      </w:pPr>
      <w:r>
        <w:rPr>
          <w:rFonts w:ascii="Hiragino Sans GB" w:hAnsi="Hiragino Sans GB" w:eastAsia="Hiragino Sans GB"/>
          <w:b/>
          <w:color w:val="2D5B49"/>
          <w:sz w:val="22"/>
        </w:rPr>
        <w:t>【场景】</w:t>
      </w:r>
      <w:r>
        <w:rPr>
          <w:rFonts w:ascii="Hiragino Sans GB" w:hAnsi="Hiragino Sans GB" w:eastAsia="Hiragino Sans GB"/>
          <w:b w:val="0"/>
          <w:sz w:val="22"/>
        </w:rPr>
        <w:t>职场口播</w:t>
      </w:r>
    </w:p>
    <w:p>
      <w:pPr>
        <w:spacing w:after="60" w:line="276" w:lineRule="auto"/>
      </w:pPr>
      <w:r>
        <w:rPr>
          <w:rFonts w:ascii="Hiragino Sans GB" w:hAnsi="Hiragino Sans GB" w:eastAsia="Hiragino Sans GB"/>
          <w:b/>
          <w:color w:val="2D5B49"/>
          <w:sz w:val="22"/>
        </w:rPr>
        <w:t>【情绪】</w:t>
      </w:r>
      <w:r>
        <w:rPr>
          <w:rFonts w:ascii="Hiragino Sans GB" w:hAnsi="Hiragino Sans GB" w:eastAsia="Hiragino Sans GB"/>
          <w:b w:val="0"/>
          <w:sz w:val="22"/>
        </w:rPr>
        <w:t>自动</w:t>
      </w:r>
    </w:p>
    <w:p>
      <w:pPr>
        <w:spacing w:after="60" w:line="276" w:lineRule="auto"/>
      </w:pPr>
      <w:r>
        <w:rPr>
          <w:rFonts w:ascii="Hiragino Sans GB" w:hAnsi="Hiragino Sans GB" w:eastAsia="Hiragino Sans GB"/>
          <w:b/>
          <w:color w:val="2D5B49"/>
          <w:sz w:val="22"/>
        </w:rPr>
        <w:t>【文件名】</w:t>
      </w:r>
      <w:r>
        <w:rPr>
          <w:rFonts w:ascii="Hiragino Sans GB" w:hAnsi="Hiragino Sans GB" w:eastAsia="Hiragino Sans GB"/>
          <w:b w:val="0"/>
          <w:sz w:val="22"/>
        </w:rPr>
        <w:t>05_请填写文件名.mp3</w:t>
      </w:r>
    </w:p>
    <w:p>
      <w:pPr>
        <w:spacing w:after="60" w:line="276" w:lineRule="auto"/>
      </w:pPr>
      <w:r>
        <w:rPr>
          <w:rFonts w:ascii="Hiragino Sans GB" w:hAnsi="Hiragino Sans GB" w:eastAsia="Hiragino Sans GB"/>
          <w:b/>
          <w:color w:val="2D5B49"/>
          <w:sz w:val="22"/>
        </w:rPr>
        <w:t>【文案】</w:t>
      </w:r>
      <w:r>
        <w:rPr>
          <w:rFonts w:ascii="Hiragino Sans GB" w:hAnsi="Hiragino Sans GB" w:eastAsia="Hiragino Sans GB"/>
          <w:b w:val="0"/>
          <w:sz w:val="22"/>
        </w:rPr>
        <w:t>请在这里粘贴完整口播文案。可换行，但不要在文案内单独输入三个或以上的减号。</w:t>
      </w:r>
    </w:p>
    <w:p>
      <w:pPr>
        <w:spacing w:before="160" w:after="100"/>
        <w:jc w:val="center"/>
      </w:pPr>
      <w:r>
        <w:rPr>
          <w:rFonts w:ascii="Hiragino Sans GB" w:hAnsi="Hiragino Sans GB" w:eastAsia="Hiragino Sans GB"/>
          <w:b/>
          <w:color w:val="AB8034"/>
          <w:sz w:val="18"/>
        </w:rPr>
        <w:t>---</w:t>
      </w:r>
    </w:p>
    <w:p>
      <w:pPr>
        <w:keepNext/>
        <w:spacing w:before="160" w:after="100"/>
      </w:pPr>
      <w:r>
        <w:rPr>
          <w:rFonts w:ascii="Hiragino Sans GB" w:hAnsi="Hiragino Sans GB" w:eastAsia="Hiragino Sans GB"/>
          <w:b/>
          <w:color w:val="2D5B49"/>
          <w:sz w:val="26"/>
        </w:rPr>
        <w:t>第 06 篇</w:t>
      </w:r>
    </w:p>
    <w:p>
      <w:pPr>
        <w:spacing w:after="60" w:line="276" w:lineRule="auto"/>
      </w:pPr>
      <w:r>
        <w:rPr>
          <w:rFonts w:ascii="Hiragino Sans GB" w:hAnsi="Hiragino Sans GB" w:eastAsia="Hiragino Sans GB"/>
          <w:b/>
          <w:color w:val="2D5B49"/>
          <w:sz w:val="22"/>
        </w:rPr>
        <w:t>【标题】</w:t>
      </w:r>
      <w:r>
        <w:rPr>
          <w:rFonts w:ascii="Hiragino Sans GB" w:hAnsi="Hiragino Sans GB" w:eastAsia="Hiragino Sans GB"/>
          <w:b w:val="0"/>
          <w:sz w:val="22"/>
        </w:rPr>
        <w:t>请填写第 06 篇标题</w:t>
      </w:r>
    </w:p>
    <w:p>
      <w:pPr>
        <w:spacing w:after="60" w:line="276" w:lineRule="auto"/>
      </w:pPr>
      <w:r>
        <w:rPr>
          <w:rFonts w:ascii="Hiragino Sans GB" w:hAnsi="Hiragino Sans GB" w:eastAsia="Hiragino Sans GB"/>
          <w:b/>
          <w:color w:val="2D5B49"/>
          <w:sz w:val="22"/>
        </w:rPr>
        <w:t>【场景】</w:t>
      </w:r>
      <w:r>
        <w:rPr>
          <w:rFonts w:ascii="Hiragino Sans GB" w:hAnsi="Hiragino Sans GB" w:eastAsia="Hiragino Sans GB"/>
          <w:b w:val="0"/>
          <w:sz w:val="22"/>
        </w:rPr>
        <w:t>职场口播</w:t>
      </w:r>
    </w:p>
    <w:p>
      <w:pPr>
        <w:spacing w:after="60" w:line="276" w:lineRule="auto"/>
      </w:pPr>
      <w:r>
        <w:rPr>
          <w:rFonts w:ascii="Hiragino Sans GB" w:hAnsi="Hiragino Sans GB" w:eastAsia="Hiragino Sans GB"/>
          <w:b/>
          <w:color w:val="2D5B49"/>
          <w:sz w:val="22"/>
        </w:rPr>
        <w:t>【情绪】</w:t>
      </w:r>
      <w:r>
        <w:rPr>
          <w:rFonts w:ascii="Hiragino Sans GB" w:hAnsi="Hiragino Sans GB" w:eastAsia="Hiragino Sans GB"/>
          <w:b w:val="0"/>
          <w:sz w:val="22"/>
        </w:rPr>
        <w:t>自动</w:t>
      </w:r>
    </w:p>
    <w:p>
      <w:pPr>
        <w:spacing w:after="60" w:line="276" w:lineRule="auto"/>
      </w:pPr>
      <w:r>
        <w:rPr>
          <w:rFonts w:ascii="Hiragino Sans GB" w:hAnsi="Hiragino Sans GB" w:eastAsia="Hiragino Sans GB"/>
          <w:b/>
          <w:color w:val="2D5B49"/>
          <w:sz w:val="22"/>
        </w:rPr>
        <w:t>【文件名】</w:t>
      </w:r>
      <w:r>
        <w:rPr>
          <w:rFonts w:ascii="Hiragino Sans GB" w:hAnsi="Hiragino Sans GB" w:eastAsia="Hiragino Sans GB"/>
          <w:b w:val="0"/>
          <w:sz w:val="22"/>
        </w:rPr>
        <w:t>06_请填写文件名.mp3</w:t>
      </w:r>
    </w:p>
    <w:p>
      <w:pPr>
        <w:spacing w:after="60" w:line="276" w:lineRule="auto"/>
      </w:pPr>
      <w:r>
        <w:rPr>
          <w:rFonts w:ascii="Hiragino Sans GB" w:hAnsi="Hiragino Sans GB" w:eastAsia="Hiragino Sans GB"/>
          <w:b/>
          <w:color w:val="2D5B49"/>
          <w:sz w:val="22"/>
        </w:rPr>
        <w:t>【文案】</w:t>
      </w:r>
      <w:r>
        <w:rPr>
          <w:rFonts w:ascii="Hiragino Sans GB" w:hAnsi="Hiragino Sans GB" w:eastAsia="Hiragino Sans GB"/>
          <w:b w:val="0"/>
          <w:sz w:val="22"/>
        </w:rPr>
        <w:t>请在这里粘贴完整口播文案。可换行，但不要在文案内单独输入三个或以上的减号。</w:t>
      </w:r>
    </w:p>
    <w:p>
      <w:pPr>
        <w:spacing w:before="160" w:after="100"/>
        <w:jc w:val="center"/>
      </w:pPr>
      <w:r>
        <w:rPr>
          <w:rFonts w:ascii="Hiragino Sans GB" w:hAnsi="Hiragino Sans GB" w:eastAsia="Hiragino Sans GB"/>
          <w:b/>
          <w:color w:val="AB8034"/>
          <w:sz w:val="18"/>
        </w:rPr>
        <w:t>---</w:t>
      </w:r>
    </w:p>
    <w:p>
      <w:pPr>
        <w:keepNext/>
        <w:spacing w:before="160" w:after="100"/>
      </w:pPr>
      <w:r>
        <w:rPr>
          <w:rFonts w:ascii="Hiragino Sans GB" w:hAnsi="Hiragino Sans GB" w:eastAsia="Hiragino Sans GB"/>
          <w:b/>
          <w:color w:val="2D5B49"/>
          <w:sz w:val="26"/>
        </w:rPr>
        <w:t>第 07 篇</w:t>
      </w:r>
    </w:p>
    <w:p>
      <w:pPr>
        <w:spacing w:after="60" w:line="276" w:lineRule="auto"/>
      </w:pPr>
      <w:r>
        <w:rPr>
          <w:rFonts w:ascii="Hiragino Sans GB" w:hAnsi="Hiragino Sans GB" w:eastAsia="Hiragino Sans GB"/>
          <w:b/>
          <w:color w:val="2D5B49"/>
          <w:sz w:val="22"/>
        </w:rPr>
        <w:t>【标题】</w:t>
      </w:r>
      <w:r>
        <w:rPr>
          <w:rFonts w:ascii="Hiragino Sans GB" w:hAnsi="Hiragino Sans GB" w:eastAsia="Hiragino Sans GB"/>
          <w:b w:val="0"/>
          <w:sz w:val="22"/>
        </w:rPr>
        <w:t>请填写第 07 篇标题</w:t>
      </w:r>
    </w:p>
    <w:p>
      <w:pPr>
        <w:spacing w:after="60" w:line="276" w:lineRule="auto"/>
      </w:pPr>
      <w:r>
        <w:rPr>
          <w:rFonts w:ascii="Hiragino Sans GB" w:hAnsi="Hiragino Sans GB" w:eastAsia="Hiragino Sans GB"/>
          <w:b/>
          <w:color w:val="2D5B49"/>
          <w:sz w:val="22"/>
        </w:rPr>
        <w:t>【场景】</w:t>
      </w:r>
      <w:r>
        <w:rPr>
          <w:rFonts w:ascii="Hiragino Sans GB" w:hAnsi="Hiragino Sans GB" w:eastAsia="Hiragino Sans GB"/>
          <w:b w:val="0"/>
          <w:sz w:val="22"/>
        </w:rPr>
        <w:t>职场口播</w:t>
      </w:r>
    </w:p>
    <w:p>
      <w:pPr>
        <w:spacing w:after="60" w:line="276" w:lineRule="auto"/>
      </w:pPr>
      <w:r>
        <w:rPr>
          <w:rFonts w:ascii="Hiragino Sans GB" w:hAnsi="Hiragino Sans GB" w:eastAsia="Hiragino Sans GB"/>
          <w:b/>
          <w:color w:val="2D5B49"/>
          <w:sz w:val="22"/>
        </w:rPr>
        <w:t>【情绪】</w:t>
      </w:r>
      <w:r>
        <w:rPr>
          <w:rFonts w:ascii="Hiragino Sans GB" w:hAnsi="Hiragino Sans GB" w:eastAsia="Hiragino Sans GB"/>
          <w:b w:val="0"/>
          <w:sz w:val="22"/>
        </w:rPr>
        <w:t>自动</w:t>
      </w:r>
    </w:p>
    <w:p>
      <w:pPr>
        <w:spacing w:after="60" w:line="276" w:lineRule="auto"/>
      </w:pPr>
      <w:r>
        <w:rPr>
          <w:rFonts w:ascii="Hiragino Sans GB" w:hAnsi="Hiragino Sans GB" w:eastAsia="Hiragino Sans GB"/>
          <w:b/>
          <w:color w:val="2D5B49"/>
          <w:sz w:val="22"/>
        </w:rPr>
        <w:t>【文件名】</w:t>
      </w:r>
      <w:r>
        <w:rPr>
          <w:rFonts w:ascii="Hiragino Sans GB" w:hAnsi="Hiragino Sans GB" w:eastAsia="Hiragino Sans GB"/>
          <w:b w:val="0"/>
          <w:sz w:val="22"/>
        </w:rPr>
        <w:t>07_请填写文件名.mp3</w:t>
      </w:r>
    </w:p>
    <w:p>
      <w:pPr>
        <w:spacing w:after="60" w:line="276" w:lineRule="auto"/>
      </w:pPr>
      <w:r>
        <w:rPr>
          <w:rFonts w:ascii="Hiragino Sans GB" w:hAnsi="Hiragino Sans GB" w:eastAsia="Hiragino Sans GB"/>
          <w:b/>
          <w:color w:val="2D5B49"/>
          <w:sz w:val="22"/>
        </w:rPr>
        <w:t>【文案】</w:t>
      </w:r>
      <w:r>
        <w:rPr>
          <w:rFonts w:ascii="Hiragino Sans GB" w:hAnsi="Hiragino Sans GB" w:eastAsia="Hiragino Sans GB"/>
          <w:b w:val="0"/>
          <w:sz w:val="22"/>
        </w:rPr>
        <w:t>请在这里粘贴完整口播文案。可换行，但不要在文案内单独输入三个或以上的减号。</w:t>
      </w:r>
    </w:p>
    <w:p>
      <w:pPr>
        <w:spacing w:before="160" w:after="100"/>
        <w:jc w:val="center"/>
      </w:pPr>
      <w:r>
        <w:rPr>
          <w:rFonts w:ascii="Hiragino Sans GB" w:hAnsi="Hiragino Sans GB" w:eastAsia="Hiragino Sans GB"/>
          <w:b/>
          <w:color w:val="AB8034"/>
          <w:sz w:val="18"/>
        </w:rPr>
        <w:t>---</w:t>
      </w:r>
    </w:p>
    <w:p>
      <w:pPr>
        <w:keepNext/>
        <w:spacing w:before="160" w:after="100"/>
      </w:pPr>
      <w:r>
        <w:rPr>
          <w:rFonts w:ascii="Hiragino Sans GB" w:hAnsi="Hiragino Sans GB" w:eastAsia="Hiragino Sans GB"/>
          <w:b/>
          <w:color w:val="2D5B49"/>
          <w:sz w:val="26"/>
        </w:rPr>
        <w:t>第 08 篇</w:t>
      </w:r>
    </w:p>
    <w:p>
      <w:pPr>
        <w:spacing w:after="60" w:line="276" w:lineRule="auto"/>
      </w:pPr>
      <w:r>
        <w:rPr>
          <w:rFonts w:ascii="Hiragino Sans GB" w:hAnsi="Hiragino Sans GB" w:eastAsia="Hiragino Sans GB"/>
          <w:b/>
          <w:color w:val="2D5B49"/>
          <w:sz w:val="22"/>
        </w:rPr>
        <w:t>【标题】</w:t>
      </w:r>
      <w:r>
        <w:rPr>
          <w:rFonts w:ascii="Hiragino Sans GB" w:hAnsi="Hiragino Sans GB" w:eastAsia="Hiragino Sans GB"/>
          <w:b w:val="0"/>
          <w:sz w:val="22"/>
        </w:rPr>
        <w:t>请填写第 08 篇标题</w:t>
      </w:r>
    </w:p>
    <w:p>
      <w:pPr>
        <w:spacing w:after="60" w:line="276" w:lineRule="auto"/>
      </w:pPr>
      <w:r>
        <w:rPr>
          <w:rFonts w:ascii="Hiragino Sans GB" w:hAnsi="Hiragino Sans GB" w:eastAsia="Hiragino Sans GB"/>
          <w:b/>
          <w:color w:val="2D5B49"/>
          <w:sz w:val="22"/>
        </w:rPr>
        <w:t>【场景】</w:t>
      </w:r>
      <w:r>
        <w:rPr>
          <w:rFonts w:ascii="Hiragino Sans GB" w:hAnsi="Hiragino Sans GB" w:eastAsia="Hiragino Sans GB"/>
          <w:b w:val="0"/>
          <w:sz w:val="22"/>
        </w:rPr>
        <w:t>职场口播</w:t>
      </w:r>
    </w:p>
    <w:p>
      <w:pPr>
        <w:spacing w:after="60" w:line="276" w:lineRule="auto"/>
      </w:pPr>
      <w:r>
        <w:rPr>
          <w:rFonts w:ascii="Hiragino Sans GB" w:hAnsi="Hiragino Sans GB" w:eastAsia="Hiragino Sans GB"/>
          <w:b/>
          <w:color w:val="2D5B49"/>
          <w:sz w:val="22"/>
        </w:rPr>
        <w:t>【情绪】</w:t>
      </w:r>
      <w:r>
        <w:rPr>
          <w:rFonts w:ascii="Hiragino Sans GB" w:hAnsi="Hiragino Sans GB" w:eastAsia="Hiragino Sans GB"/>
          <w:b w:val="0"/>
          <w:sz w:val="22"/>
        </w:rPr>
        <w:t>自动</w:t>
      </w:r>
    </w:p>
    <w:p>
      <w:pPr>
        <w:spacing w:after="60" w:line="276" w:lineRule="auto"/>
      </w:pPr>
      <w:r>
        <w:rPr>
          <w:rFonts w:ascii="Hiragino Sans GB" w:hAnsi="Hiragino Sans GB" w:eastAsia="Hiragino Sans GB"/>
          <w:b/>
          <w:color w:val="2D5B49"/>
          <w:sz w:val="22"/>
        </w:rPr>
        <w:t>【文件名】</w:t>
      </w:r>
      <w:r>
        <w:rPr>
          <w:rFonts w:ascii="Hiragino Sans GB" w:hAnsi="Hiragino Sans GB" w:eastAsia="Hiragino Sans GB"/>
          <w:b w:val="0"/>
          <w:sz w:val="22"/>
        </w:rPr>
        <w:t>08_请填写文件名.mp3</w:t>
      </w:r>
    </w:p>
    <w:p>
      <w:pPr>
        <w:spacing w:after="60" w:line="276" w:lineRule="auto"/>
      </w:pPr>
      <w:r>
        <w:rPr>
          <w:rFonts w:ascii="Hiragino Sans GB" w:hAnsi="Hiragino Sans GB" w:eastAsia="Hiragino Sans GB"/>
          <w:b/>
          <w:color w:val="2D5B49"/>
          <w:sz w:val="22"/>
        </w:rPr>
        <w:t>【文案】</w:t>
      </w:r>
      <w:r>
        <w:rPr>
          <w:rFonts w:ascii="Hiragino Sans GB" w:hAnsi="Hiragino Sans GB" w:eastAsia="Hiragino Sans GB"/>
          <w:b w:val="0"/>
          <w:sz w:val="22"/>
        </w:rPr>
        <w:t>请在这里粘贴完整口播文案。可换行，但不要在文案内单独输入三个或以上的减号。</w:t>
      </w:r>
    </w:p>
    <w:p>
      <w:pPr>
        <w:spacing w:before="160" w:after="100"/>
        <w:jc w:val="center"/>
      </w:pPr>
      <w:r>
        <w:rPr>
          <w:rFonts w:ascii="Hiragino Sans GB" w:hAnsi="Hiragino Sans GB" w:eastAsia="Hiragino Sans GB"/>
          <w:b/>
          <w:color w:val="AB8034"/>
          <w:sz w:val="18"/>
        </w:rPr>
        <w:t>---</w:t>
      </w:r>
    </w:p>
    <w:p>
      <w:pPr>
        <w:keepNext/>
        <w:spacing w:before="160" w:after="100"/>
      </w:pPr>
      <w:r>
        <w:rPr>
          <w:rFonts w:ascii="Hiragino Sans GB" w:hAnsi="Hiragino Sans GB" w:eastAsia="Hiragino Sans GB"/>
          <w:b/>
          <w:color w:val="2D5B49"/>
          <w:sz w:val="26"/>
        </w:rPr>
        <w:t>第 09 篇</w:t>
      </w:r>
    </w:p>
    <w:p>
      <w:pPr>
        <w:spacing w:after="60" w:line="276" w:lineRule="auto"/>
      </w:pPr>
      <w:r>
        <w:rPr>
          <w:rFonts w:ascii="Hiragino Sans GB" w:hAnsi="Hiragino Sans GB" w:eastAsia="Hiragino Sans GB"/>
          <w:b/>
          <w:color w:val="2D5B49"/>
          <w:sz w:val="22"/>
        </w:rPr>
        <w:t>【标题】</w:t>
      </w:r>
      <w:r>
        <w:rPr>
          <w:rFonts w:ascii="Hiragino Sans GB" w:hAnsi="Hiragino Sans GB" w:eastAsia="Hiragino Sans GB"/>
          <w:b w:val="0"/>
          <w:sz w:val="22"/>
        </w:rPr>
        <w:t>请填写第 09 篇标题</w:t>
      </w:r>
    </w:p>
    <w:p>
      <w:pPr>
        <w:spacing w:after="60" w:line="276" w:lineRule="auto"/>
      </w:pPr>
      <w:r>
        <w:rPr>
          <w:rFonts w:ascii="Hiragino Sans GB" w:hAnsi="Hiragino Sans GB" w:eastAsia="Hiragino Sans GB"/>
          <w:b/>
          <w:color w:val="2D5B49"/>
          <w:sz w:val="22"/>
        </w:rPr>
        <w:t>【场景】</w:t>
      </w:r>
      <w:r>
        <w:rPr>
          <w:rFonts w:ascii="Hiragino Sans GB" w:hAnsi="Hiragino Sans GB" w:eastAsia="Hiragino Sans GB"/>
          <w:b w:val="0"/>
          <w:sz w:val="22"/>
        </w:rPr>
        <w:t>职场口播</w:t>
      </w:r>
    </w:p>
    <w:p>
      <w:pPr>
        <w:spacing w:after="60" w:line="276" w:lineRule="auto"/>
      </w:pPr>
      <w:r>
        <w:rPr>
          <w:rFonts w:ascii="Hiragino Sans GB" w:hAnsi="Hiragino Sans GB" w:eastAsia="Hiragino Sans GB"/>
          <w:b/>
          <w:color w:val="2D5B49"/>
          <w:sz w:val="22"/>
        </w:rPr>
        <w:t>【情绪】</w:t>
      </w:r>
      <w:r>
        <w:rPr>
          <w:rFonts w:ascii="Hiragino Sans GB" w:hAnsi="Hiragino Sans GB" w:eastAsia="Hiragino Sans GB"/>
          <w:b w:val="0"/>
          <w:sz w:val="22"/>
        </w:rPr>
        <w:t>自动</w:t>
      </w:r>
    </w:p>
    <w:p>
      <w:pPr>
        <w:spacing w:after="60" w:line="276" w:lineRule="auto"/>
      </w:pPr>
      <w:r>
        <w:rPr>
          <w:rFonts w:ascii="Hiragino Sans GB" w:hAnsi="Hiragino Sans GB" w:eastAsia="Hiragino Sans GB"/>
          <w:b/>
          <w:color w:val="2D5B49"/>
          <w:sz w:val="22"/>
        </w:rPr>
        <w:t>【文件名】</w:t>
      </w:r>
      <w:r>
        <w:rPr>
          <w:rFonts w:ascii="Hiragino Sans GB" w:hAnsi="Hiragino Sans GB" w:eastAsia="Hiragino Sans GB"/>
          <w:b w:val="0"/>
          <w:sz w:val="22"/>
        </w:rPr>
        <w:t>09_请填写文件名.mp3</w:t>
      </w:r>
    </w:p>
    <w:p>
      <w:pPr>
        <w:spacing w:after="60" w:line="276" w:lineRule="auto"/>
      </w:pPr>
      <w:r>
        <w:rPr>
          <w:rFonts w:ascii="Hiragino Sans GB" w:hAnsi="Hiragino Sans GB" w:eastAsia="Hiragino Sans GB"/>
          <w:b/>
          <w:color w:val="2D5B49"/>
          <w:sz w:val="22"/>
        </w:rPr>
        <w:t>【文案】</w:t>
      </w:r>
      <w:r>
        <w:rPr>
          <w:rFonts w:ascii="Hiragino Sans GB" w:hAnsi="Hiragino Sans GB" w:eastAsia="Hiragino Sans GB"/>
          <w:b w:val="0"/>
          <w:sz w:val="22"/>
        </w:rPr>
        <w:t>请在这里粘贴完整口播文案。可换行，但不要在文案内单独输入三个或以上的减号。</w:t>
      </w:r>
    </w:p>
    <w:p>
      <w:pPr>
        <w:spacing w:before="160" w:after="100"/>
        <w:jc w:val="center"/>
      </w:pPr>
      <w:r>
        <w:rPr>
          <w:rFonts w:ascii="Hiragino Sans GB" w:hAnsi="Hiragino Sans GB" w:eastAsia="Hiragino Sans GB"/>
          <w:b/>
          <w:color w:val="AB8034"/>
          <w:sz w:val="18"/>
        </w:rPr>
        <w:t>---</w:t>
      </w:r>
    </w:p>
    <w:p>
      <w:pPr>
        <w:keepNext/>
        <w:spacing w:before="160" w:after="100"/>
      </w:pPr>
      <w:r>
        <w:rPr>
          <w:rFonts w:ascii="Hiragino Sans GB" w:hAnsi="Hiragino Sans GB" w:eastAsia="Hiragino Sans GB"/>
          <w:b/>
          <w:color w:val="2D5B49"/>
          <w:sz w:val="26"/>
        </w:rPr>
        <w:t>第 10 篇</w:t>
      </w:r>
    </w:p>
    <w:p>
      <w:pPr>
        <w:spacing w:after="60" w:line="276" w:lineRule="auto"/>
      </w:pPr>
      <w:r>
        <w:rPr>
          <w:rFonts w:ascii="Hiragino Sans GB" w:hAnsi="Hiragino Sans GB" w:eastAsia="Hiragino Sans GB"/>
          <w:b/>
          <w:color w:val="2D5B49"/>
          <w:sz w:val="22"/>
        </w:rPr>
        <w:t>【标题】</w:t>
      </w:r>
      <w:r>
        <w:rPr>
          <w:rFonts w:ascii="Hiragino Sans GB" w:hAnsi="Hiragino Sans GB" w:eastAsia="Hiragino Sans GB"/>
          <w:b w:val="0"/>
          <w:sz w:val="22"/>
        </w:rPr>
        <w:t>请填写第 10 篇标题</w:t>
      </w:r>
    </w:p>
    <w:p>
      <w:pPr>
        <w:spacing w:after="60" w:line="276" w:lineRule="auto"/>
      </w:pPr>
      <w:r>
        <w:rPr>
          <w:rFonts w:ascii="Hiragino Sans GB" w:hAnsi="Hiragino Sans GB" w:eastAsia="Hiragino Sans GB"/>
          <w:b/>
          <w:color w:val="2D5B49"/>
          <w:sz w:val="22"/>
        </w:rPr>
        <w:t>【场景】</w:t>
      </w:r>
      <w:r>
        <w:rPr>
          <w:rFonts w:ascii="Hiragino Sans GB" w:hAnsi="Hiragino Sans GB" w:eastAsia="Hiragino Sans GB"/>
          <w:b w:val="0"/>
          <w:sz w:val="22"/>
        </w:rPr>
        <w:t>职场口播</w:t>
      </w:r>
    </w:p>
    <w:p>
      <w:pPr>
        <w:spacing w:after="60" w:line="276" w:lineRule="auto"/>
      </w:pPr>
      <w:r>
        <w:rPr>
          <w:rFonts w:ascii="Hiragino Sans GB" w:hAnsi="Hiragino Sans GB" w:eastAsia="Hiragino Sans GB"/>
          <w:b/>
          <w:color w:val="2D5B49"/>
          <w:sz w:val="22"/>
        </w:rPr>
        <w:t>【情绪】</w:t>
      </w:r>
      <w:r>
        <w:rPr>
          <w:rFonts w:ascii="Hiragino Sans GB" w:hAnsi="Hiragino Sans GB" w:eastAsia="Hiragino Sans GB"/>
          <w:b w:val="0"/>
          <w:sz w:val="22"/>
        </w:rPr>
        <w:t>自动</w:t>
      </w:r>
    </w:p>
    <w:p>
      <w:pPr>
        <w:spacing w:after="60" w:line="276" w:lineRule="auto"/>
      </w:pPr>
      <w:r>
        <w:rPr>
          <w:rFonts w:ascii="Hiragino Sans GB" w:hAnsi="Hiragino Sans GB" w:eastAsia="Hiragino Sans GB"/>
          <w:b/>
          <w:color w:val="2D5B49"/>
          <w:sz w:val="22"/>
        </w:rPr>
        <w:t>【文件名】</w:t>
      </w:r>
      <w:r>
        <w:rPr>
          <w:rFonts w:ascii="Hiragino Sans GB" w:hAnsi="Hiragino Sans GB" w:eastAsia="Hiragino Sans GB"/>
          <w:b w:val="0"/>
          <w:sz w:val="22"/>
        </w:rPr>
        <w:t>10_请填写文件名.mp3</w:t>
      </w:r>
    </w:p>
    <w:p>
      <w:pPr>
        <w:spacing w:after="60" w:line="276" w:lineRule="auto"/>
      </w:pPr>
      <w:r>
        <w:rPr>
          <w:rFonts w:ascii="Hiragino Sans GB" w:hAnsi="Hiragino Sans GB" w:eastAsia="Hiragino Sans GB"/>
          <w:b/>
          <w:color w:val="2D5B49"/>
          <w:sz w:val="22"/>
        </w:rPr>
        <w:t>【文案】</w:t>
      </w:r>
      <w:r>
        <w:rPr>
          <w:rFonts w:ascii="Hiragino Sans GB" w:hAnsi="Hiragino Sans GB" w:eastAsia="Hiragino Sans GB"/>
          <w:b w:val="0"/>
          <w:sz w:val="22"/>
        </w:rPr>
        <w:t>请在这里粘贴完整口播文案。可换行，但不要在文案内单独输入三个或以上的减号。</w:t>
      </w:r>
    </w:p>
    <w:p>
      <w:pPr>
        <w:spacing w:before="160" w:after="100"/>
        <w:jc w:val="center"/>
      </w:pPr>
      <w:r>
        <w:rPr>
          <w:rFonts w:ascii="Hiragino Sans GB" w:hAnsi="Hiragino Sans GB" w:eastAsia="Hiragino Sans GB"/>
          <w:b/>
          <w:color w:val="AB8034"/>
          <w:sz w:val="18"/>
        </w:rPr>
        <w:t>---</w:t>
      </w:r>
    </w:p>
    <w:p>
      <w:pPr>
        <w:keepNext/>
        <w:spacing w:before="160" w:after="100"/>
      </w:pPr>
      <w:r>
        <w:rPr>
          <w:rFonts w:ascii="Hiragino Sans GB" w:hAnsi="Hiragino Sans GB" w:eastAsia="Hiragino Sans GB"/>
          <w:b/>
          <w:color w:val="2D5B49"/>
          <w:sz w:val="26"/>
        </w:rPr>
        <w:t>第 11 篇</w:t>
      </w:r>
    </w:p>
    <w:p>
      <w:pPr>
        <w:spacing w:after="60" w:line="276" w:lineRule="auto"/>
      </w:pPr>
      <w:r>
        <w:rPr>
          <w:rFonts w:ascii="Hiragino Sans GB" w:hAnsi="Hiragino Sans GB" w:eastAsia="Hiragino Sans GB"/>
          <w:b/>
          <w:color w:val="2D5B49"/>
          <w:sz w:val="22"/>
        </w:rPr>
        <w:t>【标题】</w:t>
      </w:r>
      <w:r>
        <w:rPr>
          <w:rFonts w:ascii="Hiragino Sans GB" w:hAnsi="Hiragino Sans GB" w:eastAsia="Hiragino Sans GB"/>
          <w:b w:val="0"/>
          <w:sz w:val="22"/>
        </w:rPr>
        <w:t>请填写第 11 篇标题</w:t>
      </w:r>
    </w:p>
    <w:p>
      <w:pPr>
        <w:spacing w:after="60" w:line="276" w:lineRule="auto"/>
      </w:pPr>
      <w:r>
        <w:rPr>
          <w:rFonts w:ascii="Hiragino Sans GB" w:hAnsi="Hiragino Sans GB" w:eastAsia="Hiragino Sans GB"/>
          <w:b/>
          <w:color w:val="2D5B49"/>
          <w:sz w:val="22"/>
        </w:rPr>
        <w:t>【场景】</w:t>
      </w:r>
      <w:r>
        <w:rPr>
          <w:rFonts w:ascii="Hiragino Sans GB" w:hAnsi="Hiragino Sans GB" w:eastAsia="Hiragino Sans GB"/>
          <w:b w:val="0"/>
          <w:sz w:val="22"/>
        </w:rPr>
        <w:t>职场口播</w:t>
      </w:r>
    </w:p>
    <w:p>
      <w:pPr>
        <w:spacing w:after="60" w:line="276" w:lineRule="auto"/>
      </w:pPr>
      <w:r>
        <w:rPr>
          <w:rFonts w:ascii="Hiragino Sans GB" w:hAnsi="Hiragino Sans GB" w:eastAsia="Hiragino Sans GB"/>
          <w:b/>
          <w:color w:val="2D5B49"/>
          <w:sz w:val="22"/>
        </w:rPr>
        <w:t>【情绪】</w:t>
      </w:r>
      <w:r>
        <w:rPr>
          <w:rFonts w:ascii="Hiragino Sans GB" w:hAnsi="Hiragino Sans GB" w:eastAsia="Hiragino Sans GB"/>
          <w:b w:val="0"/>
          <w:sz w:val="22"/>
        </w:rPr>
        <w:t>自动</w:t>
      </w:r>
    </w:p>
    <w:p>
      <w:pPr>
        <w:spacing w:after="60" w:line="276" w:lineRule="auto"/>
      </w:pPr>
      <w:r>
        <w:rPr>
          <w:rFonts w:ascii="Hiragino Sans GB" w:hAnsi="Hiragino Sans GB" w:eastAsia="Hiragino Sans GB"/>
          <w:b/>
          <w:color w:val="2D5B49"/>
          <w:sz w:val="22"/>
        </w:rPr>
        <w:t>【文件名】</w:t>
      </w:r>
      <w:r>
        <w:rPr>
          <w:rFonts w:ascii="Hiragino Sans GB" w:hAnsi="Hiragino Sans GB" w:eastAsia="Hiragino Sans GB"/>
          <w:b w:val="0"/>
          <w:sz w:val="22"/>
        </w:rPr>
        <w:t>11_请填写文件名.mp3</w:t>
      </w:r>
    </w:p>
    <w:p>
      <w:pPr>
        <w:spacing w:after="60" w:line="276" w:lineRule="auto"/>
      </w:pPr>
      <w:r>
        <w:rPr>
          <w:rFonts w:ascii="Hiragino Sans GB" w:hAnsi="Hiragino Sans GB" w:eastAsia="Hiragino Sans GB"/>
          <w:b/>
          <w:color w:val="2D5B49"/>
          <w:sz w:val="22"/>
        </w:rPr>
        <w:t>【文案】</w:t>
      </w:r>
      <w:r>
        <w:rPr>
          <w:rFonts w:ascii="Hiragino Sans GB" w:hAnsi="Hiragino Sans GB" w:eastAsia="Hiragino Sans GB"/>
          <w:b w:val="0"/>
          <w:sz w:val="22"/>
        </w:rPr>
        <w:t>请在这里粘贴完整口播文案。可换行，但不要在文案内单独输入三个或以上的减号。</w:t>
      </w:r>
    </w:p>
    <w:p>
      <w:pPr>
        <w:spacing w:before="160" w:after="100"/>
        <w:jc w:val="center"/>
      </w:pPr>
      <w:r>
        <w:rPr>
          <w:rFonts w:ascii="Hiragino Sans GB" w:hAnsi="Hiragino Sans GB" w:eastAsia="Hiragino Sans GB"/>
          <w:b/>
          <w:color w:val="AB8034"/>
          <w:sz w:val="18"/>
        </w:rPr>
        <w:t>---</w:t>
      </w:r>
    </w:p>
    <w:p>
      <w:pPr>
        <w:keepNext/>
        <w:spacing w:before="160" w:after="100"/>
      </w:pPr>
      <w:r>
        <w:rPr>
          <w:rFonts w:ascii="Hiragino Sans GB" w:hAnsi="Hiragino Sans GB" w:eastAsia="Hiragino Sans GB"/>
          <w:b/>
          <w:color w:val="2D5B49"/>
          <w:sz w:val="26"/>
        </w:rPr>
        <w:t>第 12 篇</w:t>
      </w:r>
    </w:p>
    <w:p>
      <w:pPr>
        <w:spacing w:after="60" w:line="276" w:lineRule="auto"/>
      </w:pPr>
      <w:r>
        <w:rPr>
          <w:rFonts w:ascii="Hiragino Sans GB" w:hAnsi="Hiragino Sans GB" w:eastAsia="Hiragino Sans GB"/>
          <w:b/>
          <w:color w:val="2D5B49"/>
          <w:sz w:val="22"/>
        </w:rPr>
        <w:t>【标题】</w:t>
      </w:r>
      <w:r>
        <w:rPr>
          <w:rFonts w:ascii="Hiragino Sans GB" w:hAnsi="Hiragino Sans GB" w:eastAsia="Hiragino Sans GB"/>
          <w:b w:val="0"/>
          <w:sz w:val="22"/>
        </w:rPr>
        <w:t>请填写第 12 篇标题</w:t>
      </w:r>
    </w:p>
    <w:p>
      <w:pPr>
        <w:spacing w:after="60" w:line="276" w:lineRule="auto"/>
      </w:pPr>
      <w:r>
        <w:rPr>
          <w:rFonts w:ascii="Hiragino Sans GB" w:hAnsi="Hiragino Sans GB" w:eastAsia="Hiragino Sans GB"/>
          <w:b/>
          <w:color w:val="2D5B49"/>
          <w:sz w:val="22"/>
        </w:rPr>
        <w:t>【场景】</w:t>
      </w:r>
      <w:r>
        <w:rPr>
          <w:rFonts w:ascii="Hiragino Sans GB" w:hAnsi="Hiragino Sans GB" w:eastAsia="Hiragino Sans GB"/>
          <w:b w:val="0"/>
          <w:sz w:val="22"/>
        </w:rPr>
        <w:t>职场口播</w:t>
      </w:r>
    </w:p>
    <w:p>
      <w:pPr>
        <w:spacing w:after="60" w:line="276" w:lineRule="auto"/>
      </w:pPr>
      <w:r>
        <w:rPr>
          <w:rFonts w:ascii="Hiragino Sans GB" w:hAnsi="Hiragino Sans GB" w:eastAsia="Hiragino Sans GB"/>
          <w:b/>
          <w:color w:val="2D5B49"/>
          <w:sz w:val="22"/>
        </w:rPr>
        <w:t>【情绪】</w:t>
      </w:r>
      <w:r>
        <w:rPr>
          <w:rFonts w:ascii="Hiragino Sans GB" w:hAnsi="Hiragino Sans GB" w:eastAsia="Hiragino Sans GB"/>
          <w:b w:val="0"/>
          <w:sz w:val="22"/>
        </w:rPr>
        <w:t>自动</w:t>
      </w:r>
    </w:p>
    <w:p>
      <w:pPr>
        <w:spacing w:after="60" w:line="276" w:lineRule="auto"/>
      </w:pPr>
      <w:r>
        <w:rPr>
          <w:rFonts w:ascii="Hiragino Sans GB" w:hAnsi="Hiragino Sans GB" w:eastAsia="Hiragino Sans GB"/>
          <w:b/>
          <w:color w:val="2D5B49"/>
          <w:sz w:val="22"/>
        </w:rPr>
        <w:t>【文件名】</w:t>
      </w:r>
      <w:r>
        <w:rPr>
          <w:rFonts w:ascii="Hiragino Sans GB" w:hAnsi="Hiragino Sans GB" w:eastAsia="Hiragino Sans GB"/>
          <w:b w:val="0"/>
          <w:sz w:val="22"/>
        </w:rPr>
        <w:t>12_请填写文件名.mp3</w:t>
      </w:r>
    </w:p>
    <w:p>
      <w:pPr>
        <w:spacing w:after="60" w:line="276" w:lineRule="auto"/>
      </w:pPr>
      <w:r>
        <w:rPr>
          <w:rFonts w:ascii="Hiragino Sans GB" w:hAnsi="Hiragino Sans GB" w:eastAsia="Hiragino Sans GB"/>
          <w:b/>
          <w:color w:val="2D5B49"/>
          <w:sz w:val="22"/>
        </w:rPr>
        <w:t>【文案】</w:t>
      </w:r>
      <w:r>
        <w:rPr>
          <w:rFonts w:ascii="Hiragino Sans GB" w:hAnsi="Hiragino Sans GB" w:eastAsia="Hiragino Sans GB"/>
          <w:b w:val="0"/>
          <w:sz w:val="22"/>
        </w:rPr>
        <w:t>请在这里粘贴完整口播文案。可换行，但不要在文案内单独输入三个或以上的减号。</w:t>
      </w:r>
    </w:p>
    <w:p>
      <w:pPr>
        <w:spacing w:before="160" w:after="100"/>
        <w:jc w:val="center"/>
      </w:pPr>
      <w:r>
        <w:rPr>
          <w:rFonts w:ascii="Hiragino Sans GB" w:hAnsi="Hiragino Sans GB" w:eastAsia="Hiragino Sans GB"/>
          <w:b/>
          <w:color w:val="AB8034"/>
          <w:sz w:val="18"/>
        </w:rPr>
        <w:t>---</w:t>
      </w:r>
    </w:p>
    <w:p>
      <w:pPr>
        <w:keepNext/>
        <w:spacing w:before="160" w:after="100"/>
      </w:pPr>
      <w:r>
        <w:rPr>
          <w:rFonts w:ascii="Hiragino Sans GB" w:hAnsi="Hiragino Sans GB" w:eastAsia="Hiragino Sans GB"/>
          <w:b/>
          <w:color w:val="2D5B49"/>
          <w:sz w:val="26"/>
        </w:rPr>
        <w:t>第 13 篇</w:t>
      </w:r>
    </w:p>
    <w:p>
      <w:pPr>
        <w:spacing w:after="60" w:line="276" w:lineRule="auto"/>
      </w:pPr>
      <w:r>
        <w:rPr>
          <w:rFonts w:ascii="Hiragino Sans GB" w:hAnsi="Hiragino Sans GB" w:eastAsia="Hiragino Sans GB"/>
          <w:b/>
          <w:color w:val="2D5B49"/>
          <w:sz w:val="22"/>
        </w:rPr>
        <w:t>【标题】</w:t>
      </w:r>
      <w:r>
        <w:rPr>
          <w:rFonts w:ascii="Hiragino Sans GB" w:hAnsi="Hiragino Sans GB" w:eastAsia="Hiragino Sans GB"/>
          <w:b w:val="0"/>
          <w:sz w:val="22"/>
        </w:rPr>
        <w:t>请填写第 13 篇标题</w:t>
      </w:r>
    </w:p>
    <w:p>
      <w:pPr>
        <w:spacing w:after="60" w:line="276" w:lineRule="auto"/>
      </w:pPr>
      <w:r>
        <w:rPr>
          <w:rFonts w:ascii="Hiragino Sans GB" w:hAnsi="Hiragino Sans GB" w:eastAsia="Hiragino Sans GB"/>
          <w:b/>
          <w:color w:val="2D5B49"/>
          <w:sz w:val="22"/>
        </w:rPr>
        <w:t>【场景】</w:t>
      </w:r>
      <w:r>
        <w:rPr>
          <w:rFonts w:ascii="Hiragino Sans GB" w:hAnsi="Hiragino Sans GB" w:eastAsia="Hiragino Sans GB"/>
          <w:b w:val="0"/>
          <w:sz w:val="22"/>
        </w:rPr>
        <w:t>职场口播</w:t>
      </w:r>
    </w:p>
    <w:p>
      <w:pPr>
        <w:spacing w:after="60" w:line="276" w:lineRule="auto"/>
      </w:pPr>
      <w:r>
        <w:rPr>
          <w:rFonts w:ascii="Hiragino Sans GB" w:hAnsi="Hiragino Sans GB" w:eastAsia="Hiragino Sans GB"/>
          <w:b/>
          <w:color w:val="2D5B49"/>
          <w:sz w:val="22"/>
        </w:rPr>
        <w:t>【情绪】</w:t>
      </w:r>
      <w:r>
        <w:rPr>
          <w:rFonts w:ascii="Hiragino Sans GB" w:hAnsi="Hiragino Sans GB" w:eastAsia="Hiragino Sans GB"/>
          <w:b w:val="0"/>
          <w:sz w:val="22"/>
        </w:rPr>
        <w:t>自动</w:t>
      </w:r>
    </w:p>
    <w:p>
      <w:pPr>
        <w:spacing w:after="60" w:line="276" w:lineRule="auto"/>
      </w:pPr>
      <w:r>
        <w:rPr>
          <w:rFonts w:ascii="Hiragino Sans GB" w:hAnsi="Hiragino Sans GB" w:eastAsia="Hiragino Sans GB"/>
          <w:b/>
          <w:color w:val="2D5B49"/>
          <w:sz w:val="22"/>
        </w:rPr>
        <w:t>【文件名】</w:t>
      </w:r>
      <w:r>
        <w:rPr>
          <w:rFonts w:ascii="Hiragino Sans GB" w:hAnsi="Hiragino Sans GB" w:eastAsia="Hiragino Sans GB"/>
          <w:b w:val="0"/>
          <w:sz w:val="22"/>
        </w:rPr>
        <w:t>13_请填写文件名.mp3</w:t>
      </w:r>
    </w:p>
    <w:p>
      <w:pPr>
        <w:spacing w:after="60" w:line="276" w:lineRule="auto"/>
      </w:pPr>
      <w:r>
        <w:rPr>
          <w:rFonts w:ascii="Hiragino Sans GB" w:hAnsi="Hiragino Sans GB" w:eastAsia="Hiragino Sans GB"/>
          <w:b/>
          <w:color w:val="2D5B49"/>
          <w:sz w:val="22"/>
        </w:rPr>
        <w:t>【文案】</w:t>
      </w:r>
      <w:r>
        <w:rPr>
          <w:rFonts w:ascii="Hiragino Sans GB" w:hAnsi="Hiragino Sans GB" w:eastAsia="Hiragino Sans GB"/>
          <w:b w:val="0"/>
          <w:sz w:val="22"/>
        </w:rPr>
        <w:t>请在这里粘贴完整口播文案。可换行，但不要在文案内单独输入三个或以上的减号。</w:t>
      </w:r>
    </w:p>
    <w:p>
      <w:pPr>
        <w:spacing w:before="160" w:after="100"/>
        <w:jc w:val="center"/>
      </w:pPr>
      <w:r>
        <w:rPr>
          <w:rFonts w:ascii="Hiragino Sans GB" w:hAnsi="Hiragino Sans GB" w:eastAsia="Hiragino Sans GB"/>
          <w:b/>
          <w:color w:val="AB8034"/>
          <w:sz w:val="18"/>
        </w:rPr>
        <w:t>---</w:t>
      </w:r>
    </w:p>
    <w:p>
      <w:pPr>
        <w:keepNext/>
        <w:spacing w:before="160" w:after="100"/>
      </w:pPr>
      <w:r>
        <w:rPr>
          <w:rFonts w:ascii="Hiragino Sans GB" w:hAnsi="Hiragino Sans GB" w:eastAsia="Hiragino Sans GB"/>
          <w:b/>
          <w:color w:val="2D5B49"/>
          <w:sz w:val="26"/>
        </w:rPr>
        <w:t>第 14 篇</w:t>
      </w:r>
    </w:p>
    <w:p>
      <w:pPr>
        <w:spacing w:after="60" w:line="276" w:lineRule="auto"/>
      </w:pPr>
      <w:r>
        <w:rPr>
          <w:rFonts w:ascii="Hiragino Sans GB" w:hAnsi="Hiragino Sans GB" w:eastAsia="Hiragino Sans GB"/>
          <w:b/>
          <w:color w:val="2D5B49"/>
          <w:sz w:val="22"/>
        </w:rPr>
        <w:t>【标题】</w:t>
      </w:r>
      <w:r>
        <w:rPr>
          <w:rFonts w:ascii="Hiragino Sans GB" w:hAnsi="Hiragino Sans GB" w:eastAsia="Hiragino Sans GB"/>
          <w:b w:val="0"/>
          <w:sz w:val="22"/>
        </w:rPr>
        <w:t>请填写第 14 篇标题</w:t>
      </w:r>
    </w:p>
    <w:p>
      <w:pPr>
        <w:spacing w:after="60" w:line="276" w:lineRule="auto"/>
      </w:pPr>
      <w:r>
        <w:rPr>
          <w:rFonts w:ascii="Hiragino Sans GB" w:hAnsi="Hiragino Sans GB" w:eastAsia="Hiragino Sans GB"/>
          <w:b/>
          <w:color w:val="2D5B49"/>
          <w:sz w:val="22"/>
        </w:rPr>
        <w:t>【场景】</w:t>
      </w:r>
      <w:r>
        <w:rPr>
          <w:rFonts w:ascii="Hiragino Sans GB" w:hAnsi="Hiragino Sans GB" w:eastAsia="Hiragino Sans GB"/>
          <w:b w:val="0"/>
          <w:sz w:val="22"/>
        </w:rPr>
        <w:t>职场口播</w:t>
      </w:r>
    </w:p>
    <w:p>
      <w:pPr>
        <w:spacing w:after="60" w:line="276" w:lineRule="auto"/>
      </w:pPr>
      <w:r>
        <w:rPr>
          <w:rFonts w:ascii="Hiragino Sans GB" w:hAnsi="Hiragino Sans GB" w:eastAsia="Hiragino Sans GB"/>
          <w:b/>
          <w:color w:val="2D5B49"/>
          <w:sz w:val="22"/>
        </w:rPr>
        <w:t>【情绪】</w:t>
      </w:r>
      <w:r>
        <w:rPr>
          <w:rFonts w:ascii="Hiragino Sans GB" w:hAnsi="Hiragino Sans GB" w:eastAsia="Hiragino Sans GB"/>
          <w:b w:val="0"/>
          <w:sz w:val="22"/>
        </w:rPr>
        <w:t>自动</w:t>
      </w:r>
    </w:p>
    <w:p>
      <w:pPr>
        <w:spacing w:after="60" w:line="276" w:lineRule="auto"/>
      </w:pPr>
      <w:r>
        <w:rPr>
          <w:rFonts w:ascii="Hiragino Sans GB" w:hAnsi="Hiragino Sans GB" w:eastAsia="Hiragino Sans GB"/>
          <w:b/>
          <w:color w:val="2D5B49"/>
          <w:sz w:val="22"/>
        </w:rPr>
        <w:t>【文件名】</w:t>
      </w:r>
      <w:r>
        <w:rPr>
          <w:rFonts w:ascii="Hiragino Sans GB" w:hAnsi="Hiragino Sans GB" w:eastAsia="Hiragino Sans GB"/>
          <w:b w:val="0"/>
          <w:sz w:val="22"/>
        </w:rPr>
        <w:t>14_请填写文件名.mp3</w:t>
      </w:r>
    </w:p>
    <w:p>
      <w:pPr>
        <w:spacing w:after="60" w:line="276" w:lineRule="auto"/>
      </w:pPr>
      <w:r>
        <w:rPr>
          <w:rFonts w:ascii="Hiragino Sans GB" w:hAnsi="Hiragino Sans GB" w:eastAsia="Hiragino Sans GB"/>
          <w:b/>
          <w:color w:val="2D5B49"/>
          <w:sz w:val="22"/>
        </w:rPr>
        <w:t>【文案】</w:t>
      </w:r>
      <w:r>
        <w:rPr>
          <w:rFonts w:ascii="Hiragino Sans GB" w:hAnsi="Hiragino Sans GB" w:eastAsia="Hiragino Sans GB"/>
          <w:b w:val="0"/>
          <w:sz w:val="22"/>
        </w:rPr>
        <w:t>请在这里粘贴完整口播文案。可换行，但不要在文案内单独输入三个或以上的减号。</w:t>
      </w:r>
    </w:p>
    <w:p>
      <w:pPr>
        <w:spacing w:before="160" w:after="100"/>
        <w:jc w:val="center"/>
      </w:pPr>
      <w:r>
        <w:rPr>
          <w:rFonts w:ascii="Hiragino Sans GB" w:hAnsi="Hiragino Sans GB" w:eastAsia="Hiragino Sans GB"/>
          <w:b/>
          <w:color w:val="AB8034"/>
          <w:sz w:val="18"/>
        </w:rPr>
        <w:t>---</w:t>
      </w:r>
    </w:p>
    <w:p>
      <w:pPr>
        <w:keepNext/>
        <w:spacing w:before="160" w:after="100"/>
      </w:pPr>
      <w:r>
        <w:rPr>
          <w:rFonts w:ascii="Hiragino Sans GB" w:hAnsi="Hiragino Sans GB" w:eastAsia="Hiragino Sans GB"/>
          <w:b/>
          <w:color w:val="2D5B49"/>
          <w:sz w:val="26"/>
        </w:rPr>
        <w:t>第 15 篇</w:t>
      </w:r>
    </w:p>
    <w:p>
      <w:pPr>
        <w:spacing w:after="60" w:line="276" w:lineRule="auto"/>
      </w:pPr>
      <w:r>
        <w:rPr>
          <w:rFonts w:ascii="Hiragino Sans GB" w:hAnsi="Hiragino Sans GB" w:eastAsia="Hiragino Sans GB"/>
          <w:b/>
          <w:color w:val="2D5B49"/>
          <w:sz w:val="22"/>
        </w:rPr>
        <w:t>【标题】</w:t>
      </w:r>
      <w:r>
        <w:rPr>
          <w:rFonts w:ascii="Hiragino Sans GB" w:hAnsi="Hiragino Sans GB" w:eastAsia="Hiragino Sans GB"/>
          <w:b w:val="0"/>
          <w:sz w:val="22"/>
        </w:rPr>
        <w:t>请填写第 15 篇标题</w:t>
      </w:r>
    </w:p>
    <w:p>
      <w:pPr>
        <w:spacing w:after="60" w:line="276" w:lineRule="auto"/>
      </w:pPr>
      <w:r>
        <w:rPr>
          <w:rFonts w:ascii="Hiragino Sans GB" w:hAnsi="Hiragino Sans GB" w:eastAsia="Hiragino Sans GB"/>
          <w:b/>
          <w:color w:val="2D5B49"/>
          <w:sz w:val="22"/>
        </w:rPr>
        <w:t>【场景】</w:t>
      </w:r>
      <w:r>
        <w:rPr>
          <w:rFonts w:ascii="Hiragino Sans GB" w:hAnsi="Hiragino Sans GB" w:eastAsia="Hiragino Sans GB"/>
          <w:b w:val="0"/>
          <w:sz w:val="22"/>
        </w:rPr>
        <w:t>职场口播</w:t>
      </w:r>
    </w:p>
    <w:p>
      <w:pPr>
        <w:spacing w:after="60" w:line="276" w:lineRule="auto"/>
      </w:pPr>
      <w:r>
        <w:rPr>
          <w:rFonts w:ascii="Hiragino Sans GB" w:hAnsi="Hiragino Sans GB" w:eastAsia="Hiragino Sans GB"/>
          <w:b/>
          <w:color w:val="2D5B49"/>
          <w:sz w:val="22"/>
        </w:rPr>
        <w:t>【情绪】</w:t>
      </w:r>
      <w:r>
        <w:rPr>
          <w:rFonts w:ascii="Hiragino Sans GB" w:hAnsi="Hiragino Sans GB" w:eastAsia="Hiragino Sans GB"/>
          <w:b w:val="0"/>
          <w:sz w:val="22"/>
        </w:rPr>
        <w:t>自动</w:t>
      </w:r>
    </w:p>
    <w:p>
      <w:pPr>
        <w:spacing w:after="60" w:line="276" w:lineRule="auto"/>
      </w:pPr>
      <w:r>
        <w:rPr>
          <w:rFonts w:ascii="Hiragino Sans GB" w:hAnsi="Hiragino Sans GB" w:eastAsia="Hiragino Sans GB"/>
          <w:b/>
          <w:color w:val="2D5B49"/>
          <w:sz w:val="22"/>
        </w:rPr>
        <w:t>【文件名】</w:t>
      </w:r>
      <w:r>
        <w:rPr>
          <w:rFonts w:ascii="Hiragino Sans GB" w:hAnsi="Hiragino Sans GB" w:eastAsia="Hiragino Sans GB"/>
          <w:b w:val="0"/>
          <w:sz w:val="22"/>
        </w:rPr>
        <w:t>15_请填写文件名.mp3</w:t>
      </w:r>
    </w:p>
    <w:p>
      <w:pPr>
        <w:spacing w:after="60" w:line="276" w:lineRule="auto"/>
      </w:pPr>
      <w:r>
        <w:rPr>
          <w:rFonts w:ascii="Hiragino Sans GB" w:hAnsi="Hiragino Sans GB" w:eastAsia="Hiragino Sans GB"/>
          <w:b/>
          <w:color w:val="2D5B49"/>
          <w:sz w:val="22"/>
        </w:rPr>
        <w:t>【文案】</w:t>
      </w:r>
      <w:r>
        <w:rPr>
          <w:rFonts w:ascii="Hiragino Sans GB" w:hAnsi="Hiragino Sans GB" w:eastAsia="Hiragino Sans GB"/>
          <w:b w:val="0"/>
          <w:sz w:val="22"/>
        </w:rPr>
        <w:t>请在这里粘贴完整口播文案。可换行，但不要在文案内单独输入三个或以上的减号。</w:t>
      </w:r>
    </w:p>
    <w:p>
      <w:pPr>
        <w:spacing w:before="160" w:after="100"/>
        <w:jc w:val="center"/>
      </w:pPr>
      <w:r>
        <w:rPr>
          <w:rFonts w:ascii="Hiragino Sans GB" w:hAnsi="Hiragino Sans GB" w:eastAsia="Hiragino Sans GB"/>
          <w:b/>
          <w:color w:val="AB8034"/>
          <w:sz w:val="18"/>
        </w:rPr>
        <w:t>---</w:t>
      </w:r>
    </w:p>
    <w:p>
      <w:pPr>
        <w:keepNext/>
        <w:spacing w:before="160" w:after="100"/>
      </w:pPr>
      <w:r>
        <w:rPr>
          <w:rFonts w:ascii="Hiragino Sans GB" w:hAnsi="Hiragino Sans GB" w:eastAsia="Hiragino Sans GB"/>
          <w:b/>
          <w:color w:val="2D5B49"/>
          <w:sz w:val="26"/>
        </w:rPr>
        <w:t>第 16 篇</w:t>
      </w:r>
    </w:p>
    <w:p>
      <w:pPr>
        <w:spacing w:after="60" w:line="276" w:lineRule="auto"/>
      </w:pPr>
      <w:r>
        <w:rPr>
          <w:rFonts w:ascii="Hiragino Sans GB" w:hAnsi="Hiragino Sans GB" w:eastAsia="Hiragino Sans GB"/>
          <w:b/>
          <w:color w:val="2D5B49"/>
          <w:sz w:val="22"/>
        </w:rPr>
        <w:t>【标题】</w:t>
      </w:r>
      <w:r>
        <w:rPr>
          <w:rFonts w:ascii="Hiragino Sans GB" w:hAnsi="Hiragino Sans GB" w:eastAsia="Hiragino Sans GB"/>
          <w:b w:val="0"/>
          <w:sz w:val="22"/>
        </w:rPr>
        <w:t>请填写第 16 篇标题</w:t>
      </w:r>
    </w:p>
    <w:p>
      <w:pPr>
        <w:spacing w:after="60" w:line="276" w:lineRule="auto"/>
      </w:pPr>
      <w:r>
        <w:rPr>
          <w:rFonts w:ascii="Hiragino Sans GB" w:hAnsi="Hiragino Sans GB" w:eastAsia="Hiragino Sans GB"/>
          <w:b/>
          <w:color w:val="2D5B49"/>
          <w:sz w:val="22"/>
        </w:rPr>
        <w:t>【场景】</w:t>
      </w:r>
      <w:r>
        <w:rPr>
          <w:rFonts w:ascii="Hiragino Sans GB" w:hAnsi="Hiragino Sans GB" w:eastAsia="Hiragino Sans GB"/>
          <w:b w:val="0"/>
          <w:sz w:val="22"/>
        </w:rPr>
        <w:t>职场口播</w:t>
      </w:r>
    </w:p>
    <w:p>
      <w:pPr>
        <w:spacing w:after="60" w:line="276" w:lineRule="auto"/>
      </w:pPr>
      <w:r>
        <w:rPr>
          <w:rFonts w:ascii="Hiragino Sans GB" w:hAnsi="Hiragino Sans GB" w:eastAsia="Hiragino Sans GB"/>
          <w:b/>
          <w:color w:val="2D5B49"/>
          <w:sz w:val="22"/>
        </w:rPr>
        <w:t>【情绪】</w:t>
      </w:r>
      <w:r>
        <w:rPr>
          <w:rFonts w:ascii="Hiragino Sans GB" w:hAnsi="Hiragino Sans GB" w:eastAsia="Hiragino Sans GB"/>
          <w:b w:val="0"/>
          <w:sz w:val="22"/>
        </w:rPr>
        <w:t>自动</w:t>
      </w:r>
    </w:p>
    <w:p>
      <w:pPr>
        <w:spacing w:after="60" w:line="276" w:lineRule="auto"/>
      </w:pPr>
      <w:r>
        <w:rPr>
          <w:rFonts w:ascii="Hiragino Sans GB" w:hAnsi="Hiragino Sans GB" w:eastAsia="Hiragino Sans GB"/>
          <w:b/>
          <w:color w:val="2D5B49"/>
          <w:sz w:val="22"/>
        </w:rPr>
        <w:t>【文件名】</w:t>
      </w:r>
      <w:r>
        <w:rPr>
          <w:rFonts w:ascii="Hiragino Sans GB" w:hAnsi="Hiragino Sans GB" w:eastAsia="Hiragino Sans GB"/>
          <w:b w:val="0"/>
          <w:sz w:val="22"/>
        </w:rPr>
        <w:t>16_请填写文件名.mp3</w:t>
      </w:r>
    </w:p>
    <w:p>
      <w:pPr>
        <w:spacing w:after="60" w:line="276" w:lineRule="auto"/>
      </w:pPr>
      <w:r>
        <w:rPr>
          <w:rFonts w:ascii="Hiragino Sans GB" w:hAnsi="Hiragino Sans GB" w:eastAsia="Hiragino Sans GB"/>
          <w:b/>
          <w:color w:val="2D5B49"/>
          <w:sz w:val="22"/>
        </w:rPr>
        <w:t>【文案】</w:t>
      </w:r>
      <w:r>
        <w:rPr>
          <w:rFonts w:ascii="Hiragino Sans GB" w:hAnsi="Hiragino Sans GB" w:eastAsia="Hiragino Sans GB"/>
          <w:b w:val="0"/>
          <w:sz w:val="22"/>
        </w:rPr>
        <w:t>请在这里粘贴完整口播文案。可换行，但不要在文案内单独输入三个或以上的减号。</w:t>
      </w:r>
    </w:p>
    <w:p>
      <w:pPr>
        <w:spacing w:before="160" w:after="100"/>
        <w:jc w:val="center"/>
      </w:pPr>
      <w:r>
        <w:rPr>
          <w:rFonts w:ascii="Hiragino Sans GB" w:hAnsi="Hiragino Sans GB" w:eastAsia="Hiragino Sans GB"/>
          <w:b/>
          <w:color w:val="AB8034"/>
          <w:sz w:val="18"/>
        </w:rPr>
        <w:t>---</w:t>
      </w:r>
    </w:p>
    <w:p>
      <w:pPr>
        <w:keepNext/>
        <w:spacing w:before="160" w:after="100"/>
      </w:pPr>
      <w:r>
        <w:rPr>
          <w:rFonts w:ascii="Hiragino Sans GB" w:hAnsi="Hiragino Sans GB" w:eastAsia="Hiragino Sans GB"/>
          <w:b/>
          <w:color w:val="2D5B49"/>
          <w:sz w:val="26"/>
        </w:rPr>
        <w:t>第 17 篇</w:t>
      </w:r>
    </w:p>
    <w:p>
      <w:pPr>
        <w:spacing w:after="60" w:line="276" w:lineRule="auto"/>
      </w:pPr>
      <w:r>
        <w:rPr>
          <w:rFonts w:ascii="Hiragino Sans GB" w:hAnsi="Hiragino Sans GB" w:eastAsia="Hiragino Sans GB"/>
          <w:b/>
          <w:color w:val="2D5B49"/>
          <w:sz w:val="22"/>
        </w:rPr>
        <w:t>【标题】</w:t>
      </w:r>
      <w:r>
        <w:rPr>
          <w:rFonts w:ascii="Hiragino Sans GB" w:hAnsi="Hiragino Sans GB" w:eastAsia="Hiragino Sans GB"/>
          <w:b w:val="0"/>
          <w:sz w:val="22"/>
        </w:rPr>
        <w:t>请填写第 17 篇标题</w:t>
      </w:r>
    </w:p>
    <w:p>
      <w:pPr>
        <w:spacing w:after="60" w:line="276" w:lineRule="auto"/>
      </w:pPr>
      <w:r>
        <w:rPr>
          <w:rFonts w:ascii="Hiragino Sans GB" w:hAnsi="Hiragino Sans GB" w:eastAsia="Hiragino Sans GB"/>
          <w:b/>
          <w:color w:val="2D5B49"/>
          <w:sz w:val="22"/>
        </w:rPr>
        <w:t>【场景】</w:t>
      </w:r>
      <w:r>
        <w:rPr>
          <w:rFonts w:ascii="Hiragino Sans GB" w:hAnsi="Hiragino Sans GB" w:eastAsia="Hiragino Sans GB"/>
          <w:b w:val="0"/>
          <w:sz w:val="22"/>
        </w:rPr>
        <w:t>职场口播</w:t>
      </w:r>
    </w:p>
    <w:p>
      <w:pPr>
        <w:spacing w:after="60" w:line="276" w:lineRule="auto"/>
      </w:pPr>
      <w:r>
        <w:rPr>
          <w:rFonts w:ascii="Hiragino Sans GB" w:hAnsi="Hiragino Sans GB" w:eastAsia="Hiragino Sans GB"/>
          <w:b/>
          <w:color w:val="2D5B49"/>
          <w:sz w:val="22"/>
        </w:rPr>
        <w:t>【情绪】</w:t>
      </w:r>
      <w:r>
        <w:rPr>
          <w:rFonts w:ascii="Hiragino Sans GB" w:hAnsi="Hiragino Sans GB" w:eastAsia="Hiragino Sans GB"/>
          <w:b w:val="0"/>
          <w:sz w:val="22"/>
        </w:rPr>
        <w:t>自动</w:t>
      </w:r>
    </w:p>
    <w:p>
      <w:pPr>
        <w:spacing w:after="60" w:line="276" w:lineRule="auto"/>
      </w:pPr>
      <w:r>
        <w:rPr>
          <w:rFonts w:ascii="Hiragino Sans GB" w:hAnsi="Hiragino Sans GB" w:eastAsia="Hiragino Sans GB"/>
          <w:b/>
          <w:color w:val="2D5B49"/>
          <w:sz w:val="22"/>
        </w:rPr>
        <w:t>【文件名】</w:t>
      </w:r>
      <w:r>
        <w:rPr>
          <w:rFonts w:ascii="Hiragino Sans GB" w:hAnsi="Hiragino Sans GB" w:eastAsia="Hiragino Sans GB"/>
          <w:b w:val="0"/>
          <w:sz w:val="22"/>
        </w:rPr>
        <w:t>17_请填写文件名.mp3</w:t>
      </w:r>
    </w:p>
    <w:p>
      <w:pPr>
        <w:spacing w:after="60" w:line="276" w:lineRule="auto"/>
      </w:pPr>
      <w:r>
        <w:rPr>
          <w:rFonts w:ascii="Hiragino Sans GB" w:hAnsi="Hiragino Sans GB" w:eastAsia="Hiragino Sans GB"/>
          <w:b/>
          <w:color w:val="2D5B49"/>
          <w:sz w:val="22"/>
        </w:rPr>
        <w:t>【文案】</w:t>
      </w:r>
      <w:r>
        <w:rPr>
          <w:rFonts w:ascii="Hiragino Sans GB" w:hAnsi="Hiragino Sans GB" w:eastAsia="Hiragino Sans GB"/>
          <w:b w:val="0"/>
          <w:sz w:val="22"/>
        </w:rPr>
        <w:t>请在这里粘贴完整口播文案。可换行，但不要在文案内单独输入三个或以上的减号。</w:t>
      </w:r>
    </w:p>
    <w:p>
      <w:pPr>
        <w:spacing w:before="160" w:after="100"/>
        <w:jc w:val="center"/>
      </w:pPr>
      <w:r>
        <w:rPr>
          <w:rFonts w:ascii="Hiragino Sans GB" w:hAnsi="Hiragino Sans GB" w:eastAsia="Hiragino Sans GB"/>
          <w:b/>
          <w:color w:val="AB8034"/>
          <w:sz w:val="18"/>
        </w:rPr>
        <w:t>---</w:t>
      </w:r>
    </w:p>
    <w:p>
      <w:pPr>
        <w:keepNext/>
        <w:spacing w:before="160" w:after="100"/>
      </w:pPr>
      <w:r>
        <w:rPr>
          <w:rFonts w:ascii="Hiragino Sans GB" w:hAnsi="Hiragino Sans GB" w:eastAsia="Hiragino Sans GB"/>
          <w:b/>
          <w:color w:val="2D5B49"/>
          <w:sz w:val="26"/>
        </w:rPr>
        <w:t>第 18 篇</w:t>
      </w:r>
    </w:p>
    <w:p>
      <w:pPr>
        <w:spacing w:after="60" w:line="276" w:lineRule="auto"/>
      </w:pPr>
      <w:r>
        <w:rPr>
          <w:rFonts w:ascii="Hiragino Sans GB" w:hAnsi="Hiragino Sans GB" w:eastAsia="Hiragino Sans GB"/>
          <w:b/>
          <w:color w:val="2D5B49"/>
          <w:sz w:val="22"/>
        </w:rPr>
        <w:t>【标题】</w:t>
      </w:r>
      <w:r>
        <w:rPr>
          <w:rFonts w:ascii="Hiragino Sans GB" w:hAnsi="Hiragino Sans GB" w:eastAsia="Hiragino Sans GB"/>
          <w:b w:val="0"/>
          <w:sz w:val="22"/>
        </w:rPr>
        <w:t>请填写第 18 篇标题</w:t>
      </w:r>
    </w:p>
    <w:p>
      <w:pPr>
        <w:spacing w:after="60" w:line="276" w:lineRule="auto"/>
      </w:pPr>
      <w:r>
        <w:rPr>
          <w:rFonts w:ascii="Hiragino Sans GB" w:hAnsi="Hiragino Sans GB" w:eastAsia="Hiragino Sans GB"/>
          <w:b/>
          <w:color w:val="2D5B49"/>
          <w:sz w:val="22"/>
        </w:rPr>
        <w:t>【场景】</w:t>
      </w:r>
      <w:r>
        <w:rPr>
          <w:rFonts w:ascii="Hiragino Sans GB" w:hAnsi="Hiragino Sans GB" w:eastAsia="Hiragino Sans GB"/>
          <w:b w:val="0"/>
          <w:sz w:val="22"/>
        </w:rPr>
        <w:t>职场口播</w:t>
      </w:r>
    </w:p>
    <w:p>
      <w:pPr>
        <w:spacing w:after="60" w:line="276" w:lineRule="auto"/>
      </w:pPr>
      <w:r>
        <w:rPr>
          <w:rFonts w:ascii="Hiragino Sans GB" w:hAnsi="Hiragino Sans GB" w:eastAsia="Hiragino Sans GB"/>
          <w:b/>
          <w:color w:val="2D5B49"/>
          <w:sz w:val="22"/>
        </w:rPr>
        <w:t>【情绪】</w:t>
      </w:r>
      <w:r>
        <w:rPr>
          <w:rFonts w:ascii="Hiragino Sans GB" w:hAnsi="Hiragino Sans GB" w:eastAsia="Hiragino Sans GB"/>
          <w:b w:val="0"/>
          <w:sz w:val="22"/>
        </w:rPr>
        <w:t>自动</w:t>
      </w:r>
    </w:p>
    <w:p>
      <w:pPr>
        <w:spacing w:after="60" w:line="276" w:lineRule="auto"/>
      </w:pPr>
      <w:r>
        <w:rPr>
          <w:rFonts w:ascii="Hiragino Sans GB" w:hAnsi="Hiragino Sans GB" w:eastAsia="Hiragino Sans GB"/>
          <w:b/>
          <w:color w:val="2D5B49"/>
          <w:sz w:val="22"/>
        </w:rPr>
        <w:t>【文件名】</w:t>
      </w:r>
      <w:r>
        <w:rPr>
          <w:rFonts w:ascii="Hiragino Sans GB" w:hAnsi="Hiragino Sans GB" w:eastAsia="Hiragino Sans GB"/>
          <w:b w:val="0"/>
          <w:sz w:val="22"/>
        </w:rPr>
        <w:t>18_请填写文件名.mp3</w:t>
      </w:r>
    </w:p>
    <w:p>
      <w:pPr>
        <w:spacing w:after="60" w:line="276" w:lineRule="auto"/>
      </w:pPr>
      <w:r>
        <w:rPr>
          <w:rFonts w:ascii="Hiragino Sans GB" w:hAnsi="Hiragino Sans GB" w:eastAsia="Hiragino Sans GB"/>
          <w:b/>
          <w:color w:val="2D5B49"/>
          <w:sz w:val="22"/>
        </w:rPr>
        <w:t>【文案】</w:t>
      </w:r>
      <w:r>
        <w:rPr>
          <w:rFonts w:ascii="Hiragino Sans GB" w:hAnsi="Hiragino Sans GB" w:eastAsia="Hiragino Sans GB"/>
          <w:b w:val="0"/>
          <w:sz w:val="22"/>
        </w:rPr>
        <w:t>请在这里粘贴完整口播文案。可换行，但不要在文案内单独输入三个或以上的减号。</w:t>
      </w:r>
    </w:p>
    <w:p>
      <w:pPr>
        <w:spacing w:before="160" w:after="100"/>
        <w:jc w:val="center"/>
      </w:pPr>
      <w:r>
        <w:rPr>
          <w:rFonts w:ascii="Hiragino Sans GB" w:hAnsi="Hiragino Sans GB" w:eastAsia="Hiragino Sans GB"/>
          <w:b/>
          <w:color w:val="AB8034"/>
          <w:sz w:val="18"/>
        </w:rPr>
        <w:t>---</w:t>
      </w:r>
    </w:p>
    <w:p>
      <w:pPr>
        <w:keepNext/>
        <w:spacing w:before="160" w:after="100"/>
      </w:pPr>
      <w:r>
        <w:rPr>
          <w:rFonts w:ascii="Hiragino Sans GB" w:hAnsi="Hiragino Sans GB" w:eastAsia="Hiragino Sans GB"/>
          <w:b/>
          <w:color w:val="2D5B49"/>
          <w:sz w:val="26"/>
        </w:rPr>
        <w:t>第 19 篇</w:t>
      </w:r>
    </w:p>
    <w:p>
      <w:pPr>
        <w:spacing w:after="60" w:line="276" w:lineRule="auto"/>
      </w:pPr>
      <w:r>
        <w:rPr>
          <w:rFonts w:ascii="Hiragino Sans GB" w:hAnsi="Hiragino Sans GB" w:eastAsia="Hiragino Sans GB"/>
          <w:b/>
          <w:color w:val="2D5B49"/>
          <w:sz w:val="22"/>
        </w:rPr>
        <w:t>【标题】</w:t>
      </w:r>
      <w:r>
        <w:rPr>
          <w:rFonts w:ascii="Hiragino Sans GB" w:hAnsi="Hiragino Sans GB" w:eastAsia="Hiragino Sans GB"/>
          <w:b w:val="0"/>
          <w:sz w:val="22"/>
        </w:rPr>
        <w:t>请填写第 19 篇标题</w:t>
      </w:r>
    </w:p>
    <w:p>
      <w:pPr>
        <w:spacing w:after="60" w:line="276" w:lineRule="auto"/>
      </w:pPr>
      <w:r>
        <w:rPr>
          <w:rFonts w:ascii="Hiragino Sans GB" w:hAnsi="Hiragino Sans GB" w:eastAsia="Hiragino Sans GB"/>
          <w:b/>
          <w:color w:val="2D5B49"/>
          <w:sz w:val="22"/>
        </w:rPr>
        <w:t>【场景】</w:t>
      </w:r>
      <w:r>
        <w:rPr>
          <w:rFonts w:ascii="Hiragino Sans GB" w:hAnsi="Hiragino Sans GB" w:eastAsia="Hiragino Sans GB"/>
          <w:b w:val="0"/>
          <w:sz w:val="22"/>
        </w:rPr>
        <w:t>职场口播</w:t>
      </w:r>
    </w:p>
    <w:p>
      <w:pPr>
        <w:spacing w:after="60" w:line="276" w:lineRule="auto"/>
      </w:pPr>
      <w:r>
        <w:rPr>
          <w:rFonts w:ascii="Hiragino Sans GB" w:hAnsi="Hiragino Sans GB" w:eastAsia="Hiragino Sans GB"/>
          <w:b/>
          <w:color w:val="2D5B49"/>
          <w:sz w:val="22"/>
        </w:rPr>
        <w:t>【情绪】</w:t>
      </w:r>
      <w:r>
        <w:rPr>
          <w:rFonts w:ascii="Hiragino Sans GB" w:hAnsi="Hiragino Sans GB" w:eastAsia="Hiragino Sans GB"/>
          <w:b w:val="0"/>
          <w:sz w:val="22"/>
        </w:rPr>
        <w:t>自动</w:t>
      </w:r>
    </w:p>
    <w:p>
      <w:pPr>
        <w:spacing w:after="60" w:line="276" w:lineRule="auto"/>
      </w:pPr>
      <w:r>
        <w:rPr>
          <w:rFonts w:ascii="Hiragino Sans GB" w:hAnsi="Hiragino Sans GB" w:eastAsia="Hiragino Sans GB"/>
          <w:b/>
          <w:color w:val="2D5B49"/>
          <w:sz w:val="22"/>
        </w:rPr>
        <w:t>【文件名】</w:t>
      </w:r>
      <w:r>
        <w:rPr>
          <w:rFonts w:ascii="Hiragino Sans GB" w:hAnsi="Hiragino Sans GB" w:eastAsia="Hiragino Sans GB"/>
          <w:b w:val="0"/>
          <w:sz w:val="22"/>
        </w:rPr>
        <w:t>19_请填写文件名.mp3</w:t>
      </w:r>
    </w:p>
    <w:p>
      <w:pPr>
        <w:spacing w:after="60" w:line="276" w:lineRule="auto"/>
      </w:pPr>
      <w:r>
        <w:rPr>
          <w:rFonts w:ascii="Hiragino Sans GB" w:hAnsi="Hiragino Sans GB" w:eastAsia="Hiragino Sans GB"/>
          <w:b/>
          <w:color w:val="2D5B49"/>
          <w:sz w:val="22"/>
        </w:rPr>
        <w:t>【文案】</w:t>
      </w:r>
      <w:r>
        <w:rPr>
          <w:rFonts w:ascii="Hiragino Sans GB" w:hAnsi="Hiragino Sans GB" w:eastAsia="Hiragino Sans GB"/>
          <w:b w:val="0"/>
          <w:sz w:val="22"/>
        </w:rPr>
        <w:t>请在这里粘贴完整口播文案。可换行，但不要在文案内单独输入三个或以上的减号。</w:t>
      </w:r>
    </w:p>
    <w:p>
      <w:pPr>
        <w:spacing w:before="160" w:after="100"/>
        <w:jc w:val="center"/>
      </w:pPr>
      <w:r>
        <w:rPr>
          <w:rFonts w:ascii="Hiragino Sans GB" w:hAnsi="Hiragino Sans GB" w:eastAsia="Hiragino Sans GB"/>
          <w:b/>
          <w:color w:val="AB8034"/>
          <w:sz w:val="18"/>
        </w:rPr>
        <w:t>---</w:t>
      </w:r>
    </w:p>
    <w:p>
      <w:pPr>
        <w:keepNext/>
        <w:spacing w:before="160" w:after="100"/>
      </w:pPr>
      <w:r>
        <w:rPr>
          <w:rFonts w:ascii="Hiragino Sans GB" w:hAnsi="Hiragino Sans GB" w:eastAsia="Hiragino Sans GB"/>
          <w:b/>
          <w:color w:val="2D5B49"/>
          <w:sz w:val="26"/>
        </w:rPr>
        <w:t>第 20 篇</w:t>
      </w:r>
    </w:p>
    <w:p>
      <w:pPr>
        <w:spacing w:after="60" w:line="276" w:lineRule="auto"/>
      </w:pPr>
      <w:r>
        <w:rPr>
          <w:rFonts w:ascii="Hiragino Sans GB" w:hAnsi="Hiragino Sans GB" w:eastAsia="Hiragino Sans GB"/>
          <w:b/>
          <w:color w:val="2D5B49"/>
          <w:sz w:val="22"/>
        </w:rPr>
        <w:t>【标题】</w:t>
      </w:r>
      <w:r>
        <w:rPr>
          <w:rFonts w:ascii="Hiragino Sans GB" w:hAnsi="Hiragino Sans GB" w:eastAsia="Hiragino Sans GB"/>
          <w:b w:val="0"/>
          <w:sz w:val="22"/>
        </w:rPr>
        <w:t>请填写第 20 篇标题</w:t>
      </w:r>
    </w:p>
    <w:p>
      <w:pPr>
        <w:spacing w:after="60" w:line="276" w:lineRule="auto"/>
      </w:pPr>
      <w:r>
        <w:rPr>
          <w:rFonts w:ascii="Hiragino Sans GB" w:hAnsi="Hiragino Sans GB" w:eastAsia="Hiragino Sans GB"/>
          <w:b/>
          <w:color w:val="2D5B49"/>
          <w:sz w:val="22"/>
        </w:rPr>
        <w:t>【场景】</w:t>
      </w:r>
      <w:r>
        <w:rPr>
          <w:rFonts w:ascii="Hiragino Sans GB" w:hAnsi="Hiragino Sans GB" w:eastAsia="Hiragino Sans GB"/>
          <w:b w:val="0"/>
          <w:sz w:val="22"/>
        </w:rPr>
        <w:t>职场口播</w:t>
      </w:r>
    </w:p>
    <w:p>
      <w:pPr>
        <w:spacing w:after="60" w:line="276" w:lineRule="auto"/>
      </w:pPr>
      <w:r>
        <w:rPr>
          <w:rFonts w:ascii="Hiragino Sans GB" w:hAnsi="Hiragino Sans GB" w:eastAsia="Hiragino Sans GB"/>
          <w:b/>
          <w:color w:val="2D5B49"/>
          <w:sz w:val="22"/>
        </w:rPr>
        <w:t>【情绪】</w:t>
      </w:r>
      <w:r>
        <w:rPr>
          <w:rFonts w:ascii="Hiragino Sans GB" w:hAnsi="Hiragino Sans GB" w:eastAsia="Hiragino Sans GB"/>
          <w:b w:val="0"/>
          <w:sz w:val="22"/>
        </w:rPr>
        <w:t>自动</w:t>
      </w:r>
    </w:p>
    <w:p>
      <w:pPr>
        <w:spacing w:after="60" w:line="276" w:lineRule="auto"/>
      </w:pPr>
      <w:r>
        <w:rPr>
          <w:rFonts w:ascii="Hiragino Sans GB" w:hAnsi="Hiragino Sans GB" w:eastAsia="Hiragino Sans GB"/>
          <w:b/>
          <w:color w:val="2D5B49"/>
          <w:sz w:val="22"/>
        </w:rPr>
        <w:t>【文件名】</w:t>
      </w:r>
      <w:r>
        <w:rPr>
          <w:rFonts w:ascii="Hiragino Sans GB" w:hAnsi="Hiragino Sans GB" w:eastAsia="Hiragino Sans GB"/>
          <w:b w:val="0"/>
          <w:sz w:val="22"/>
        </w:rPr>
        <w:t>20_请填写文件名.mp3</w:t>
      </w:r>
    </w:p>
    <w:p>
      <w:pPr>
        <w:spacing w:after="60" w:line="276" w:lineRule="auto"/>
      </w:pPr>
      <w:r>
        <w:rPr>
          <w:rFonts w:ascii="Hiragino Sans GB" w:hAnsi="Hiragino Sans GB" w:eastAsia="Hiragino Sans GB"/>
          <w:b/>
          <w:color w:val="2D5B49"/>
          <w:sz w:val="22"/>
        </w:rPr>
        <w:t>【文案】</w:t>
      </w:r>
      <w:r>
        <w:rPr>
          <w:rFonts w:ascii="Hiragino Sans GB" w:hAnsi="Hiragino Sans GB" w:eastAsia="Hiragino Sans GB"/>
          <w:b w:val="0"/>
          <w:sz w:val="22"/>
        </w:rPr>
        <w:t>请在这里粘贴完整口播文案。可换行，但不要在文案内单独输入三个或以上的减号。</w:t>
      </w:r>
    </w:p>
    <w:p>
      <w:pPr>
        <w:spacing w:before="160" w:after="100"/>
        <w:jc w:val="center"/>
      </w:pPr>
      <w:r>
        <w:rPr>
          <w:rFonts w:ascii="Hiragino Sans GB" w:hAnsi="Hiragino Sans GB" w:eastAsia="Hiragino Sans GB"/>
          <w:b/>
          <w:color w:val="AB8034"/>
          <w:sz w:val="18"/>
        </w:rPr>
        <w:t>---</w:t>
      </w:r>
    </w:p>
    <w:p>
      <w:pPr>
        <w:keepNext/>
        <w:spacing w:before="160" w:after="100"/>
      </w:pPr>
      <w:r>
        <w:rPr>
          <w:rFonts w:ascii="Hiragino Sans GB" w:hAnsi="Hiragino Sans GB" w:eastAsia="Hiragino Sans GB"/>
          <w:b/>
          <w:color w:val="2D5B49"/>
          <w:sz w:val="26"/>
        </w:rPr>
        <w:t>第 21 篇</w:t>
      </w:r>
    </w:p>
    <w:p>
      <w:pPr>
        <w:spacing w:after="60" w:line="276" w:lineRule="auto"/>
      </w:pPr>
      <w:r>
        <w:rPr>
          <w:rFonts w:ascii="Hiragino Sans GB" w:hAnsi="Hiragino Sans GB" w:eastAsia="Hiragino Sans GB"/>
          <w:b/>
          <w:color w:val="2D5B49"/>
          <w:sz w:val="22"/>
        </w:rPr>
        <w:t>【标题】</w:t>
      </w:r>
      <w:r>
        <w:rPr>
          <w:rFonts w:ascii="Hiragino Sans GB" w:hAnsi="Hiragino Sans GB" w:eastAsia="Hiragino Sans GB"/>
          <w:b w:val="0"/>
          <w:sz w:val="22"/>
        </w:rPr>
        <w:t>请填写第 21 篇标题</w:t>
      </w:r>
    </w:p>
    <w:p>
      <w:pPr>
        <w:spacing w:after="60" w:line="276" w:lineRule="auto"/>
      </w:pPr>
      <w:r>
        <w:rPr>
          <w:rFonts w:ascii="Hiragino Sans GB" w:hAnsi="Hiragino Sans GB" w:eastAsia="Hiragino Sans GB"/>
          <w:b/>
          <w:color w:val="2D5B49"/>
          <w:sz w:val="22"/>
        </w:rPr>
        <w:t>【场景】</w:t>
      </w:r>
      <w:r>
        <w:rPr>
          <w:rFonts w:ascii="Hiragino Sans GB" w:hAnsi="Hiragino Sans GB" w:eastAsia="Hiragino Sans GB"/>
          <w:b w:val="0"/>
          <w:sz w:val="22"/>
        </w:rPr>
        <w:t>职场口播</w:t>
      </w:r>
    </w:p>
    <w:p>
      <w:pPr>
        <w:spacing w:after="60" w:line="276" w:lineRule="auto"/>
      </w:pPr>
      <w:r>
        <w:rPr>
          <w:rFonts w:ascii="Hiragino Sans GB" w:hAnsi="Hiragino Sans GB" w:eastAsia="Hiragino Sans GB"/>
          <w:b/>
          <w:color w:val="2D5B49"/>
          <w:sz w:val="22"/>
        </w:rPr>
        <w:t>【情绪】</w:t>
      </w:r>
      <w:r>
        <w:rPr>
          <w:rFonts w:ascii="Hiragino Sans GB" w:hAnsi="Hiragino Sans GB" w:eastAsia="Hiragino Sans GB"/>
          <w:b w:val="0"/>
          <w:sz w:val="22"/>
        </w:rPr>
        <w:t>自动</w:t>
      </w:r>
    </w:p>
    <w:p>
      <w:pPr>
        <w:spacing w:after="60" w:line="276" w:lineRule="auto"/>
      </w:pPr>
      <w:r>
        <w:rPr>
          <w:rFonts w:ascii="Hiragino Sans GB" w:hAnsi="Hiragino Sans GB" w:eastAsia="Hiragino Sans GB"/>
          <w:b/>
          <w:color w:val="2D5B49"/>
          <w:sz w:val="22"/>
        </w:rPr>
        <w:t>【文件名】</w:t>
      </w:r>
      <w:r>
        <w:rPr>
          <w:rFonts w:ascii="Hiragino Sans GB" w:hAnsi="Hiragino Sans GB" w:eastAsia="Hiragino Sans GB"/>
          <w:b w:val="0"/>
          <w:sz w:val="22"/>
        </w:rPr>
        <w:t>21_请填写文件名.mp3</w:t>
      </w:r>
    </w:p>
    <w:p>
      <w:pPr>
        <w:spacing w:after="60" w:line="276" w:lineRule="auto"/>
      </w:pPr>
      <w:r>
        <w:rPr>
          <w:rFonts w:ascii="Hiragino Sans GB" w:hAnsi="Hiragino Sans GB" w:eastAsia="Hiragino Sans GB"/>
          <w:b/>
          <w:color w:val="2D5B49"/>
          <w:sz w:val="22"/>
        </w:rPr>
        <w:t>【文案】</w:t>
      </w:r>
      <w:r>
        <w:rPr>
          <w:rFonts w:ascii="Hiragino Sans GB" w:hAnsi="Hiragino Sans GB" w:eastAsia="Hiragino Sans GB"/>
          <w:b w:val="0"/>
          <w:sz w:val="22"/>
        </w:rPr>
        <w:t>请在这里粘贴完整口播文案。可换行，但不要在文案内单独输入三个或以上的减号。</w:t>
      </w:r>
    </w:p>
    <w:p>
      <w:pPr>
        <w:spacing w:before="160" w:after="100"/>
        <w:jc w:val="center"/>
      </w:pPr>
      <w:r>
        <w:rPr>
          <w:rFonts w:ascii="Hiragino Sans GB" w:hAnsi="Hiragino Sans GB" w:eastAsia="Hiragino Sans GB"/>
          <w:b/>
          <w:color w:val="AB8034"/>
          <w:sz w:val="18"/>
        </w:rPr>
        <w:t>---</w:t>
      </w:r>
    </w:p>
    <w:p>
      <w:pPr>
        <w:keepNext/>
        <w:spacing w:before="160" w:after="100"/>
      </w:pPr>
      <w:r>
        <w:rPr>
          <w:rFonts w:ascii="Hiragino Sans GB" w:hAnsi="Hiragino Sans GB" w:eastAsia="Hiragino Sans GB"/>
          <w:b/>
          <w:color w:val="2D5B49"/>
          <w:sz w:val="26"/>
        </w:rPr>
        <w:t>第 22 篇</w:t>
      </w:r>
    </w:p>
    <w:p>
      <w:pPr>
        <w:spacing w:after="60" w:line="276" w:lineRule="auto"/>
      </w:pPr>
      <w:r>
        <w:rPr>
          <w:rFonts w:ascii="Hiragino Sans GB" w:hAnsi="Hiragino Sans GB" w:eastAsia="Hiragino Sans GB"/>
          <w:b/>
          <w:color w:val="2D5B49"/>
          <w:sz w:val="22"/>
        </w:rPr>
        <w:t>【标题】</w:t>
      </w:r>
      <w:r>
        <w:rPr>
          <w:rFonts w:ascii="Hiragino Sans GB" w:hAnsi="Hiragino Sans GB" w:eastAsia="Hiragino Sans GB"/>
          <w:b w:val="0"/>
          <w:sz w:val="22"/>
        </w:rPr>
        <w:t>请填写第 22 篇标题</w:t>
      </w:r>
    </w:p>
    <w:p>
      <w:pPr>
        <w:spacing w:after="60" w:line="276" w:lineRule="auto"/>
      </w:pPr>
      <w:r>
        <w:rPr>
          <w:rFonts w:ascii="Hiragino Sans GB" w:hAnsi="Hiragino Sans GB" w:eastAsia="Hiragino Sans GB"/>
          <w:b/>
          <w:color w:val="2D5B49"/>
          <w:sz w:val="22"/>
        </w:rPr>
        <w:t>【场景】</w:t>
      </w:r>
      <w:r>
        <w:rPr>
          <w:rFonts w:ascii="Hiragino Sans GB" w:hAnsi="Hiragino Sans GB" w:eastAsia="Hiragino Sans GB"/>
          <w:b w:val="0"/>
          <w:sz w:val="22"/>
        </w:rPr>
        <w:t>职场口播</w:t>
      </w:r>
    </w:p>
    <w:p>
      <w:pPr>
        <w:spacing w:after="60" w:line="276" w:lineRule="auto"/>
      </w:pPr>
      <w:r>
        <w:rPr>
          <w:rFonts w:ascii="Hiragino Sans GB" w:hAnsi="Hiragino Sans GB" w:eastAsia="Hiragino Sans GB"/>
          <w:b/>
          <w:color w:val="2D5B49"/>
          <w:sz w:val="22"/>
        </w:rPr>
        <w:t>【情绪】</w:t>
      </w:r>
      <w:r>
        <w:rPr>
          <w:rFonts w:ascii="Hiragino Sans GB" w:hAnsi="Hiragino Sans GB" w:eastAsia="Hiragino Sans GB"/>
          <w:b w:val="0"/>
          <w:sz w:val="22"/>
        </w:rPr>
        <w:t>自动</w:t>
      </w:r>
    </w:p>
    <w:p>
      <w:pPr>
        <w:spacing w:after="60" w:line="276" w:lineRule="auto"/>
      </w:pPr>
      <w:r>
        <w:rPr>
          <w:rFonts w:ascii="Hiragino Sans GB" w:hAnsi="Hiragino Sans GB" w:eastAsia="Hiragino Sans GB"/>
          <w:b/>
          <w:color w:val="2D5B49"/>
          <w:sz w:val="22"/>
        </w:rPr>
        <w:t>【文件名】</w:t>
      </w:r>
      <w:r>
        <w:rPr>
          <w:rFonts w:ascii="Hiragino Sans GB" w:hAnsi="Hiragino Sans GB" w:eastAsia="Hiragino Sans GB"/>
          <w:b w:val="0"/>
          <w:sz w:val="22"/>
        </w:rPr>
        <w:t>22_请填写文件名.mp3</w:t>
      </w:r>
    </w:p>
    <w:p>
      <w:pPr>
        <w:spacing w:after="60" w:line="276" w:lineRule="auto"/>
      </w:pPr>
      <w:r>
        <w:rPr>
          <w:rFonts w:ascii="Hiragino Sans GB" w:hAnsi="Hiragino Sans GB" w:eastAsia="Hiragino Sans GB"/>
          <w:b/>
          <w:color w:val="2D5B49"/>
          <w:sz w:val="22"/>
        </w:rPr>
        <w:t>【文案】</w:t>
      </w:r>
      <w:r>
        <w:rPr>
          <w:rFonts w:ascii="Hiragino Sans GB" w:hAnsi="Hiragino Sans GB" w:eastAsia="Hiragino Sans GB"/>
          <w:b w:val="0"/>
          <w:sz w:val="22"/>
        </w:rPr>
        <w:t>请在这里粘贴完整口播文案。可换行，但不要在文案内单独输入三个或以上的减号。</w:t>
      </w:r>
    </w:p>
    <w:p>
      <w:pPr>
        <w:spacing w:before="160" w:after="100"/>
        <w:jc w:val="center"/>
      </w:pPr>
      <w:r>
        <w:rPr>
          <w:rFonts w:ascii="Hiragino Sans GB" w:hAnsi="Hiragino Sans GB" w:eastAsia="Hiragino Sans GB"/>
          <w:b/>
          <w:color w:val="AB8034"/>
          <w:sz w:val="18"/>
        </w:rPr>
        <w:t>---</w:t>
      </w:r>
    </w:p>
    <w:p>
      <w:pPr>
        <w:keepNext/>
        <w:spacing w:before="160" w:after="100"/>
      </w:pPr>
      <w:r>
        <w:rPr>
          <w:rFonts w:ascii="Hiragino Sans GB" w:hAnsi="Hiragino Sans GB" w:eastAsia="Hiragino Sans GB"/>
          <w:b/>
          <w:color w:val="2D5B49"/>
          <w:sz w:val="26"/>
        </w:rPr>
        <w:t>第 23 篇</w:t>
      </w:r>
    </w:p>
    <w:p>
      <w:pPr>
        <w:spacing w:after="60" w:line="276" w:lineRule="auto"/>
      </w:pPr>
      <w:r>
        <w:rPr>
          <w:rFonts w:ascii="Hiragino Sans GB" w:hAnsi="Hiragino Sans GB" w:eastAsia="Hiragino Sans GB"/>
          <w:b/>
          <w:color w:val="2D5B49"/>
          <w:sz w:val="22"/>
        </w:rPr>
        <w:t>【标题】</w:t>
      </w:r>
      <w:r>
        <w:rPr>
          <w:rFonts w:ascii="Hiragino Sans GB" w:hAnsi="Hiragino Sans GB" w:eastAsia="Hiragino Sans GB"/>
          <w:b w:val="0"/>
          <w:sz w:val="22"/>
        </w:rPr>
        <w:t>请填写第 23 篇标题</w:t>
      </w:r>
    </w:p>
    <w:p>
      <w:pPr>
        <w:spacing w:after="60" w:line="276" w:lineRule="auto"/>
      </w:pPr>
      <w:r>
        <w:rPr>
          <w:rFonts w:ascii="Hiragino Sans GB" w:hAnsi="Hiragino Sans GB" w:eastAsia="Hiragino Sans GB"/>
          <w:b/>
          <w:color w:val="2D5B49"/>
          <w:sz w:val="22"/>
        </w:rPr>
        <w:t>【场景】</w:t>
      </w:r>
      <w:r>
        <w:rPr>
          <w:rFonts w:ascii="Hiragino Sans GB" w:hAnsi="Hiragino Sans GB" w:eastAsia="Hiragino Sans GB"/>
          <w:b w:val="0"/>
          <w:sz w:val="22"/>
        </w:rPr>
        <w:t>职场口播</w:t>
      </w:r>
    </w:p>
    <w:p>
      <w:pPr>
        <w:spacing w:after="60" w:line="276" w:lineRule="auto"/>
      </w:pPr>
      <w:r>
        <w:rPr>
          <w:rFonts w:ascii="Hiragino Sans GB" w:hAnsi="Hiragino Sans GB" w:eastAsia="Hiragino Sans GB"/>
          <w:b/>
          <w:color w:val="2D5B49"/>
          <w:sz w:val="22"/>
        </w:rPr>
        <w:t>【情绪】</w:t>
      </w:r>
      <w:r>
        <w:rPr>
          <w:rFonts w:ascii="Hiragino Sans GB" w:hAnsi="Hiragino Sans GB" w:eastAsia="Hiragino Sans GB"/>
          <w:b w:val="0"/>
          <w:sz w:val="22"/>
        </w:rPr>
        <w:t>自动</w:t>
      </w:r>
    </w:p>
    <w:p>
      <w:pPr>
        <w:spacing w:after="60" w:line="276" w:lineRule="auto"/>
      </w:pPr>
      <w:r>
        <w:rPr>
          <w:rFonts w:ascii="Hiragino Sans GB" w:hAnsi="Hiragino Sans GB" w:eastAsia="Hiragino Sans GB"/>
          <w:b/>
          <w:color w:val="2D5B49"/>
          <w:sz w:val="22"/>
        </w:rPr>
        <w:t>【文件名】</w:t>
      </w:r>
      <w:r>
        <w:rPr>
          <w:rFonts w:ascii="Hiragino Sans GB" w:hAnsi="Hiragino Sans GB" w:eastAsia="Hiragino Sans GB"/>
          <w:b w:val="0"/>
          <w:sz w:val="22"/>
        </w:rPr>
        <w:t>23_请填写文件名.mp3</w:t>
      </w:r>
    </w:p>
    <w:p>
      <w:pPr>
        <w:spacing w:after="60" w:line="276" w:lineRule="auto"/>
      </w:pPr>
      <w:r>
        <w:rPr>
          <w:rFonts w:ascii="Hiragino Sans GB" w:hAnsi="Hiragino Sans GB" w:eastAsia="Hiragino Sans GB"/>
          <w:b/>
          <w:color w:val="2D5B49"/>
          <w:sz w:val="22"/>
        </w:rPr>
        <w:t>【文案】</w:t>
      </w:r>
      <w:r>
        <w:rPr>
          <w:rFonts w:ascii="Hiragino Sans GB" w:hAnsi="Hiragino Sans GB" w:eastAsia="Hiragino Sans GB"/>
          <w:b w:val="0"/>
          <w:sz w:val="22"/>
        </w:rPr>
        <w:t>请在这里粘贴完整口播文案。可换行，但不要在文案内单独输入三个或以上的减号。</w:t>
      </w:r>
    </w:p>
    <w:p>
      <w:pPr>
        <w:spacing w:before="160" w:after="100"/>
        <w:jc w:val="center"/>
      </w:pPr>
      <w:r>
        <w:rPr>
          <w:rFonts w:ascii="Hiragino Sans GB" w:hAnsi="Hiragino Sans GB" w:eastAsia="Hiragino Sans GB"/>
          <w:b/>
          <w:color w:val="AB8034"/>
          <w:sz w:val="18"/>
        </w:rPr>
        <w:t>---</w:t>
      </w:r>
    </w:p>
    <w:p>
      <w:pPr>
        <w:keepNext/>
        <w:spacing w:before="160" w:after="100"/>
      </w:pPr>
      <w:r>
        <w:rPr>
          <w:rFonts w:ascii="Hiragino Sans GB" w:hAnsi="Hiragino Sans GB" w:eastAsia="Hiragino Sans GB"/>
          <w:b/>
          <w:color w:val="2D5B49"/>
          <w:sz w:val="26"/>
        </w:rPr>
        <w:t>第 24 篇</w:t>
      </w:r>
    </w:p>
    <w:p>
      <w:pPr>
        <w:spacing w:after="60" w:line="276" w:lineRule="auto"/>
      </w:pPr>
      <w:r>
        <w:rPr>
          <w:rFonts w:ascii="Hiragino Sans GB" w:hAnsi="Hiragino Sans GB" w:eastAsia="Hiragino Sans GB"/>
          <w:b/>
          <w:color w:val="2D5B49"/>
          <w:sz w:val="22"/>
        </w:rPr>
        <w:t>【标题】</w:t>
      </w:r>
      <w:r>
        <w:rPr>
          <w:rFonts w:ascii="Hiragino Sans GB" w:hAnsi="Hiragino Sans GB" w:eastAsia="Hiragino Sans GB"/>
          <w:b w:val="0"/>
          <w:sz w:val="22"/>
        </w:rPr>
        <w:t>请填写第 24 篇标题</w:t>
      </w:r>
    </w:p>
    <w:p>
      <w:pPr>
        <w:spacing w:after="60" w:line="276" w:lineRule="auto"/>
      </w:pPr>
      <w:r>
        <w:rPr>
          <w:rFonts w:ascii="Hiragino Sans GB" w:hAnsi="Hiragino Sans GB" w:eastAsia="Hiragino Sans GB"/>
          <w:b/>
          <w:color w:val="2D5B49"/>
          <w:sz w:val="22"/>
        </w:rPr>
        <w:t>【场景】</w:t>
      </w:r>
      <w:r>
        <w:rPr>
          <w:rFonts w:ascii="Hiragino Sans GB" w:hAnsi="Hiragino Sans GB" w:eastAsia="Hiragino Sans GB"/>
          <w:b w:val="0"/>
          <w:sz w:val="22"/>
        </w:rPr>
        <w:t>职场口播</w:t>
      </w:r>
    </w:p>
    <w:p>
      <w:pPr>
        <w:spacing w:after="60" w:line="276" w:lineRule="auto"/>
      </w:pPr>
      <w:r>
        <w:rPr>
          <w:rFonts w:ascii="Hiragino Sans GB" w:hAnsi="Hiragino Sans GB" w:eastAsia="Hiragino Sans GB"/>
          <w:b/>
          <w:color w:val="2D5B49"/>
          <w:sz w:val="22"/>
        </w:rPr>
        <w:t>【情绪】</w:t>
      </w:r>
      <w:r>
        <w:rPr>
          <w:rFonts w:ascii="Hiragino Sans GB" w:hAnsi="Hiragino Sans GB" w:eastAsia="Hiragino Sans GB"/>
          <w:b w:val="0"/>
          <w:sz w:val="22"/>
        </w:rPr>
        <w:t>自动</w:t>
      </w:r>
    </w:p>
    <w:p>
      <w:pPr>
        <w:spacing w:after="60" w:line="276" w:lineRule="auto"/>
      </w:pPr>
      <w:r>
        <w:rPr>
          <w:rFonts w:ascii="Hiragino Sans GB" w:hAnsi="Hiragino Sans GB" w:eastAsia="Hiragino Sans GB"/>
          <w:b/>
          <w:color w:val="2D5B49"/>
          <w:sz w:val="22"/>
        </w:rPr>
        <w:t>【文件名】</w:t>
      </w:r>
      <w:r>
        <w:rPr>
          <w:rFonts w:ascii="Hiragino Sans GB" w:hAnsi="Hiragino Sans GB" w:eastAsia="Hiragino Sans GB"/>
          <w:b w:val="0"/>
          <w:sz w:val="22"/>
        </w:rPr>
        <w:t>24_请填写文件名.mp3</w:t>
      </w:r>
    </w:p>
    <w:p>
      <w:pPr>
        <w:spacing w:after="60" w:line="276" w:lineRule="auto"/>
      </w:pPr>
      <w:r>
        <w:rPr>
          <w:rFonts w:ascii="Hiragino Sans GB" w:hAnsi="Hiragino Sans GB" w:eastAsia="Hiragino Sans GB"/>
          <w:b/>
          <w:color w:val="2D5B49"/>
          <w:sz w:val="22"/>
        </w:rPr>
        <w:t>【文案】</w:t>
      </w:r>
      <w:r>
        <w:rPr>
          <w:rFonts w:ascii="Hiragino Sans GB" w:hAnsi="Hiragino Sans GB" w:eastAsia="Hiragino Sans GB"/>
          <w:b w:val="0"/>
          <w:sz w:val="22"/>
        </w:rPr>
        <w:t>请在这里粘贴完整口播文案。可换行，但不要在文案内单独输入三个或以上的减号。</w:t>
      </w:r>
    </w:p>
    <w:p>
      <w:pPr>
        <w:spacing w:before="160" w:after="100"/>
        <w:jc w:val="center"/>
      </w:pPr>
      <w:r>
        <w:rPr>
          <w:rFonts w:ascii="Hiragino Sans GB" w:hAnsi="Hiragino Sans GB" w:eastAsia="Hiragino Sans GB"/>
          <w:b/>
          <w:color w:val="AB8034"/>
          <w:sz w:val="18"/>
        </w:rPr>
        <w:t>---</w:t>
      </w:r>
    </w:p>
    <w:p>
      <w:pPr>
        <w:keepNext/>
        <w:spacing w:before="160" w:after="100"/>
      </w:pPr>
      <w:r>
        <w:rPr>
          <w:rFonts w:ascii="Hiragino Sans GB" w:hAnsi="Hiragino Sans GB" w:eastAsia="Hiragino Sans GB"/>
          <w:b/>
          <w:color w:val="2D5B49"/>
          <w:sz w:val="26"/>
        </w:rPr>
        <w:t>第 25 篇</w:t>
      </w:r>
    </w:p>
    <w:p>
      <w:pPr>
        <w:spacing w:after="60" w:line="276" w:lineRule="auto"/>
      </w:pPr>
      <w:r>
        <w:rPr>
          <w:rFonts w:ascii="Hiragino Sans GB" w:hAnsi="Hiragino Sans GB" w:eastAsia="Hiragino Sans GB"/>
          <w:b/>
          <w:color w:val="2D5B49"/>
          <w:sz w:val="22"/>
        </w:rPr>
        <w:t>【标题】</w:t>
      </w:r>
      <w:r>
        <w:rPr>
          <w:rFonts w:ascii="Hiragino Sans GB" w:hAnsi="Hiragino Sans GB" w:eastAsia="Hiragino Sans GB"/>
          <w:b w:val="0"/>
          <w:sz w:val="22"/>
        </w:rPr>
        <w:t>请填写第 25 篇标题</w:t>
      </w:r>
    </w:p>
    <w:p>
      <w:pPr>
        <w:spacing w:after="60" w:line="276" w:lineRule="auto"/>
      </w:pPr>
      <w:r>
        <w:rPr>
          <w:rFonts w:ascii="Hiragino Sans GB" w:hAnsi="Hiragino Sans GB" w:eastAsia="Hiragino Sans GB"/>
          <w:b/>
          <w:color w:val="2D5B49"/>
          <w:sz w:val="22"/>
        </w:rPr>
        <w:t>【场景】</w:t>
      </w:r>
      <w:r>
        <w:rPr>
          <w:rFonts w:ascii="Hiragino Sans GB" w:hAnsi="Hiragino Sans GB" w:eastAsia="Hiragino Sans GB"/>
          <w:b w:val="0"/>
          <w:sz w:val="22"/>
        </w:rPr>
        <w:t>职场口播</w:t>
      </w:r>
    </w:p>
    <w:p>
      <w:pPr>
        <w:spacing w:after="60" w:line="276" w:lineRule="auto"/>
      </w:pPr>
      <w:r>
        <w:rPr>
          <w:rFonts w:ascii="Hiragino Sans GB" w:hAnsi="Hiragino Sans GB" w:eastAsia="Hiragino Sans GB"/>
          <w:b/>
          <w:color w:val="2D5B49"/>
          <w:sz w:val="22"/>
        </w:rPr>
        <w:t>【情绪】</w:t>
      </w:r>
      <w:r>
        <w:rPr>
          <w:rFonts w:ascii="Hiragino Sans GB" w:hAnsi="Hiragino Sans GB" w:eastAsia="Hiragino Sans GB"/>
          <w:b w:val="0"/>
          <w:sz w:val="22"/>
        </w:rPr>
        <w:t>自动</w:t>
      </w:r>
    </w:p>
    <w:p>
      <w:pPr>
        <w:spacing w:after="60" w:line="276" w:lineRule="auto"/>
      </w:pPr>
      <w:r>
        <w:rPr>
          <w:rFonts w:ascii="Hiragino Sans GB" w:hAnsi="Hiragino Sans GB" w:eastAsia="Hiragino Sans GB"/>
          <w:b/>
          <w:color w:val="2D5B49"/>
          <w:sz w:val="22"/>
        </w:rPr>
        <w:t>【文件名】</w:t>
      </w:r>
      <w:r>
        <w:rPr>
          <w:rFonts w:ascii="Hiragino Sans GB" w:hAnsi="Hiragino Sans GB" w:eastAsia="Hiragino Sans GB"/>
          <w:b w:val="0"/>
          <w:sz w:val="22"/>
        </w:rPr>
        <w:t>25_请填写文件名.mp3</w:t>
      </w:r>
    </w:p>
    <w:p>
      <w:pPr>
        <w:spacing w:after="60" w:line="276" w:lineRule="auto"/>
      </w:pPr>
      <w:r>
        <w:rPr>
          <w:rFonts w:ascii="Hiragino Sans GB" w:hAnsi="Hiragino Sans GB" w:eastAsia="Hiragino Sans GB"/>
          <w:b/>
          <w:color w:val="2D5B49"/>
          <w:sz w:val="22"/>
        </w:rPr>
        <w:t>【文案】</w:t>
      </w:r>
      <w:r>
        <w:rPr>
          <w:rFonts w:ascii="Hiragino Sans GB" w:hAnsi="Hiragino Sans GB" w:eastAsia="Hiragino Sans GB"/>
          <w:b w:val="0"/>
          <w:sz w:val="22"/>
        </w:rPr>
        <w:t>请在这里粘贴完整口播文案。可换行，但不要在文案内单独输入三个或以上的减号。</w:t>
      </w:r>
    </w:p>
    <w:p>
      <w:pPr>
        <w:spacing w:before="160" w:after="100"/>
        <w:jc w:val="center"/>
      </w:pPr>
      <w:r>
        <w:rPr>
          <w:rFonts w:ascii="Hiragino Sans GB" w:hAnsi="Hiragino Sans GB" w:eastAsia="Hiragino Sans GB"/>
          <w:b/>
          <w:color w:val="AB8034"/>
          <w:sz w:val="18"/>
        </w:rPr>
        <w:t>---</w:t>
      </w:r>
    </w:p>
    <w:p>
      <w:pPr>
        <w:keepNext/>
        <w:spacing w:before="160" w:after="100"/>
      </w:pPr>
      <w:r>
        <w:rPr>
          <w:rFonts w:ascii="Hiragino Sans GB" w:hAnsi="Hiragino Sans GB" w:eastAsia="Hiragino Sans GB"/>
          <w:b/>
          <w:color w:val="2D5B49"/>
          <w:sz w:val="26"/>
        </w:rPr>
        <w:t>第 26 篇</w:t>
      </w:r>
    </w:p>
    <w:p>
      <w:pPr>
        <w:spacing w:after="60" w:line="276" w:lineRule="auto"/>
      </w:pPr>
      <w:r>
        <w:rPr>
          <w:rFonts w:ascii="Hiragino Sans GB" w:hAnsi="Hiragino Sans GB" w:eastAsia="Hiragino Sans GB"/>
          <w:b/>
          <w:color w:val="2D5B49"/>
          <w:sz w:val="22"/>
        </w:rPr>
        <w:t>【标题】</w:t>
      </w:r>
      <w:r>
        <w:rPr>
          <w:rFonts w:ascii="Hiragino Sans GB" w:hAnsi="Hiragino Sans GB" w:eastAsia="Hiragino Sans GB"/>
          <w:b w:val="0"/>
          <w:sz w:val="22"/>
        </w:rPr>
        <w:t>请填写第 26 篇标题</w:t>
      </w:r>
    </w:p>
    <w:p>
      <w:pPr>
        <w:spacing w:after="60" w:line="276" w:lineRule="auto"/>
      </w:pPr>
      <w:r>
        <w:rPr>
          <w:rFonts w:ascii="Hiragino Sans GB" w:hAnsi="Hiragino Sans GB" w:eastAsia="Hiragino Sans GB"/>
          <w:b/>
          <w:color w:val="2D5B49"/>
          <w:sz w:val="22"/>
        </w:rPr>
        <w:t>【场景】</w:t>
      </w:r>
      <w:r>
        <w:rPr>
          <w:rFonts w:ascii="Hiragino Sans GB" w:hAnsi="Hiragino Sans GB" w:eastAsia="Hiragino Sans GB"/>
          <w:b w:val="0"/>
          <w:sz w:val="22"/>
        </w:rPr>
        <w:t>职场口播</w:t>
      </w:r>
    </w:p>
    <w:p>
      <w:pPr>
        <w:spacing w:after="60" w:line="276" w:lineRule="auto"/>
      </w:pPr>
      <w:r>
        <w:rPr>
          <w:rFonts w:ascii="Hiragino Sans GB" w:hAnsi="Hiragino Sans GB" w:eastAsia="Hiragino Sans GB"/>
          <w:b/>
          <w:color w:val="2D5B49"/>
          <w:sz w:val="22"/>
        </w:rPr>
        <w:t>【情绪】</w:t>
      </w:r>
      <w:r>
        <w:rPr>
          <w:rFonts w:ascii="Hiragino Sans GB" w:hAnsi="Hiragino Sans GB" w:eastAsia="Hiragino Sans GB"/>
          <w:b w:val="0"/>
          <w:sz w:val="22"/>
        </w:rPr>
        <w:t>自动</w:t>
      </w:r>
    </w:p>
    <w:p>
      <w:pPr>
        <w:spacing w:after="60" w:line="276" w:lineRule="auto"/>
      </w:pPr>
      <w:r>
        <w:rPr>
          <w:rFonts w:ascii="Hiragino Sans GB" w:hAnsi="Hiragino Sans GB" w:eastAsia="Hiragino Sans GB"/>
          <w:b/>
          <w:color w:val="2D5B49"/>
          <w:sz w:val="22"/>
        </w:rPr>
        <w:t>【文件名】</w:t>
      </w:r>
      <w:r>
        <w:rPr>
          <w:rFonts w:ascii="Hiragino Sans GB" w:hAnsi="Hiragino Sans GB" w:eastAsia="Hiragino Sans GB"/>
          <w:b w:val="0"/>
          <w:sz w:val="22"/>
        </w:rPr>
        <w:t>26_请填写文件名.mp3</w:t>
      </w:r>
    </w:p>
    <w:p>
      <w:pPr>
        <w:spacing w:after="60" w:line="276" w:lineRule="auto"/>
      </w:pPr>
      <w:r>
        <w:rPr>
          <w:rFonts w:ascii="Hiragino Sans GB" w:hAnsi="Hiragino Sans GB" w:eastAsia="Hiragino Sans GB"/>
          <w:b/>
          <w:color w:val="2D5B49"/>
          <w:sz w:val="22"/>
        </w:rPr>
        <w:t>【文案】</w:t>
      </w:r>
      <w:r>
        <w:rPr>
          <w:rFonts w:ascii="Hiragino Sans GB" w:hAnsi="Hiragino Sans GB" w:eastAsia="Hiragino Sans GB"/>
          <w:b w:val="0"/>
          <w:sz w:val="22"/>
        </w:rPr>
        <w:t>请在这里粘贴完整口播文案。可换行，但不要在文案内单独输入三个或以上的减号。</w:t>
      </w:r>
    </w:p>
    <w:p>
      <w:pPr>
        <w:spacing w:before="160" w:after="100"/>
        <w:jc w:val="center"/>
      </w:pPr>
      <w:r>
        <w:rPr>
          <w:rFonts w:ascii="Hiragino Sans GB" w:hAnsi="Hiragino Sans GB" w:eastAsia="Hiragino Sans GB"/>
          <w:b/>
          <w:color w:val="AB8034"/>
          <w:sz w:val="18"/>
        </w:rPr>
        <w:t>---</w:t>
      </w:r>
    </w:p>
    <w:p>
      <w:pPr>
        <w:keepNext/>
        <w:spacing w:before="160" w:after="100"/>
      </w:pPr>
      <w:r>
        <w:rPr>
          <w:rFonts w:ascii="Hiragino Sans GB" w:hAnsi="Hiragino Sans GB" w:eastAsia="Hiragino Sans GB"/>
          <w:b/>
          <w:color w:val="2D5B49"/>
          <w:sz w:val="26"/>
        </w:rPr>
        <w:t>第 27 篇</w:t>
      </w:r>
    </w:p>
    <w:p>
      <w:pPr>
        <w:spacing w:after="60" w:line="276" w:lineRule="auto"/>
      </w:pPr>
      <w:r>
        <w:rPr>
          <w:rFonts w:ascii="Hiragino Sans GB" w:hAnsi="Hiragino Sans GB" w:eastAsia="Hiragino Sans GB"/>
          <w:b/>
          <w:color w:val="2D5B49"/>
          <w:sz w:val="22"/>
        </w:rPr>
        <w:t>【标题】</w:t>
      </w:r>
      <w:r>
        <w:rPr>
          <w:rFonts w:ascii="Hiragino Sans GB" w:hAnsi="Hiragino Sans GB" w:eastAsia="Hiragino Sans GB"/>
          <w:b w:val="0"/>
          <w:sz w:val="22"/>
        </w:rPr>
        <w:t>请填写第 27 篇标题</w:t>
      </w:r>
    </w:p>
    <w:p>
      <w:pPr>
        <w:spacing w:after="60" w:line="276" w:lineRule="auto"/>
      </w:pPr>
      <w:r>
        <w:rPr>
          <w:rFonts w:ascii="Hiragino Sans GB" w:hAnsi="Hiragino Sans GB" w:eastAsia="Hiragino Sans GB"/>
          <w:b/>
          <w:color w:val="2D5B49"/>
          <w:sz w:val="22"/>
        </w:rPr>
        <w:t>【场景】</w:t>
      </w:r>
      <w:r>
        <w:rPr>
          <w:rFonts w:ascii="Hiragino Sans GB" w:hAnsi="Hiragino Sans GB" w:eastAsia="Hiragino Sans GB"/>
          <w:b w:val="0"/>
          <w:sz w:val="22"/>
        </w:rPr>
        <w:t>职场口播</w:t>
      </w:r>
    </w:p>
    <w:p>
      <w:pPr>
        <w:spacing w:after="60" w:line="276" w:lineRule="auto"/>
      </w:pPr>
      <w:r>
        <w:rPr>
          <w:rFonts w:ascii="Hiragino Sans GB" w:hAnsi="Hiragino Sans GB" w:eastAsia="Hiragino Sans GB"/>
          <w:b/>
          <w:color w:val="2D5B49"/>
          <w:sz w:val="22"/>
        </w:rPr>
        <w:t>【情绪】</w:t>
      </w:r>
      <w:r>
        <w:rPr>
          <w:rFonts w:ascii="Hiragino Sans GB" w:hAnsi="Hiragino Sans GB" w:eastAsia="Hiragino Sans GB"/>
          <w:b w:val="0"/>
          <w:sz w:val="22"/>
        </w:rPr>
        <w:t>自动</w:t>
      </w:r>
    </w:p>
    <w:p>
      <w:pPr>
        <w:spacing w:after="60" w:line="276" w:lineRule="auto"/>
      </w:pPr>
      <w:r>
        <w:rPr>
          <w:rFonts w:ascii="Hiragino Sans GB" w:hAnsi="Hiragino Sans GB" w:eastAsia="Hiragino Sans GB"/>
          <w:b/>
          <w:color w:val="2D5B49"/>
          <w:sz w:val="22"/>
        </w:rPr>
        <w:t>【文件名】</w:t>
      </w:r>
      <w:r>
        <w:rPr>
          <w:rFonts w:ascii="Hiragino Sans GB" w:hAnsi="Hiragino Sans GB" w:eastAsia="Hiragino Sans GB"/>
          <w:b w:val="0"/>
          <w:sz w:val="22"/>
        </w:rPr>
        <w:t>27_请填写文件名.mp3</w:t>
      </w:r>
    </w:p>
    <w:p>
      <w:pPr>
        <w:spacing w:after="60" w:line="276" w:lineRule="auto"/>
      </w:pPr>
      <w:r>
        <w:rPr>
          <w:rFonts w:ascii="Hiragino Sans GB" w:hAnsi="Hiragino Sans GB" w:eastAsia="Hiragino Sans GB"/>
          <w:b/>
          <w:color w:val="2D5B49"/>
          <w:sz w:val="22"/>
        </w:rPr>
        <w:t>【文案】</w:t>
      </w:r>
      <w:r>
        <w:rPr>
          <w:rFonts w:ascii="Hiragino Sans GB" w:hAnsi="Hiragino Sans GB" w:eastAsia="Hiragino Sans GB"/>
          <w:b w:val="0"/>
          <w:sz w:val="22"/>
        </w:rPr>
        <w:t>请在这里粘贴完整口播文案。可换行，但不要在文案内单独输入三个或以上的减号。</w:t>
      </w:r>
    </w:p>
    <w:p>
      <w:pPr>
        <w:spacing w:before="160" w:after="100"/>
        <w:jc w:val="center"/>
      </w:pPr>
      <w:r>
        <w:rPr>
          <w:rFonts w:ascii="Hiragino Sans GB" w:hAnsi="Hiragino Sans GB" w:eastAsia="Hiragino Sans GB"/>
          <w:b/>
          <w:color w:val="AB8034"/>
          <w:sz w:val="18"/>
        </w:rPr>
        <w:t>---</w:t>
      </w:r>
    </w:p>
    <w:p>
      <w:pPr>
        <w:keepNext/>
        <w:spacing w:before="160" w:after="100"/>
      </w:pPr>
      <w:r>
        <w:rPr>
          <w:rFonts w:ascii="Hiragino Sans GB" w:hAnsi="Hiragino Sans GB" w:eastAsia="Hiragino Sans GB"/>
          <w:b/>
          <w:color w:val="2D5B49"/>
          <w:sz w:val="26"/>
        </w:rPr>
        <w:t>第 28 篇</w:t>
      </w:r>
    </w:p>
    <w:p>
      <w:pPr>
        <w:spacing w:after="60" w:line="276" w:lineRule="auto"/>
      </w:pPr>
      <w:r>
        <w:rPr>
          <w:rFonts w:ascii="Hiragino Sans GB" w:hAnsi="Hiragino Sans GB" w:eastAsia="Hiragino Sans GB"/>
          <w:b/>
          <w:color w:val="2D5B49"/>
          <w:sz w:val="22"/>
        </w:rPr>
        <w:t>【标题】</w:t>
      </w:r>
      <w:r>
        <w:rPr>
          <w:rFonts w:ascii="Hiragino Sans GB" w:hAnsi="Hiragino Sans GB" w:eastAsia="Hiragino Sans GB"/>
          <w:b w:val="0"/>
          <w:sz w:val="22"/>
        </w:rPr>
        <w:t>请填写第 28 篇标题</w:t>
      </w:r>
    </w:p>
    <w:p>
      <w:pPr>
        <w:spacing w:after="60" w:line="276" w:lineRule="auto"/>
      </w:pPr>
      <w:r>
        <w:rPr>
          <w:rFonts w:ascii="Hiragino Sans GB" w:hAnsi="Hiragino Sans GB" w:eastAsia="Hiragino Sans GB"/>
          <w:b/>
          <w:color w:val="2D5B49"/>
          <w:sz w:val="22"/>
        </w:rPr>
        <w:t>【场景】</w:t>
      </w:r>
      <w:r>
        <w:rPr>
          <w:rFonts w:ascii="Hiragino Sans GB" w:hAnsi="Hiragino Sans GB" w:eastAsia="Hiragino Sans GB"/>
          <w:b w:val="0"/>
          <w:sz w:val="22"/>
        </w:rPr>
        <w:t>职场口播</w:t>
      </w:r>
    </w:p>
    <w:p>
      <w:pPr>
        <w:spacing w:after="60" w:line="276" w:lineRule="auto"/>
      </w:pPr>
      <w:r>
        <w:rPr>
          <w:rFonts w:ascii="Hiragino Sans GB" w:hAnsi="Hiragino Sans GB" w:eastAsia="Hiragino Sans GB"/>
          <w:b/>
          <w:color w:val="2D5B49"/>
          <w:sz w:val="22"/>
        </w:rPr>
        <w:t>【情绪】</w:t>
      </w:r>
      <w:r>
        <w:rPr>
          <w:rFonts w:ascii="Hiragino Sans GB" w:hAnsi="Hiragino Sans GB" w:eastAsia="Hiragino Sans GB"/>
          <w:b w:val="0"/>
          <w:sz w:val="22"/>
        </w:rPr>
        <w:t>自动</w:t>
      </w:r>
    </w:p>
    <w:p>
      <w:pPr>
        <w:spacing w:after="60" w:line="276" w:lineRule="auto"/>
      </w:pPr>
      <w:r>
        <w:rPr>
          <w:rFonts w:ascii="Hiragino Sans GB" w:hAnsi="Hiragino Sans GB" w:eastAsia="Hiragino Sans GB"/>
          <w:b/>
          <w:color w:val="2D5B49"/>
          <w:sz w:val="22"/>
        </w:rPr>
        <w:t>【文件名】</w:t>
      </w:r>
      <w:r>
        <w:rPr>
          <w:rFonts w:ascii="Hiragino Sans GB" w:hAnsi="Hiragino Sans GB" w:eastAsia="Hiragino Sans GB"/>
          <w:b w:val="0"/>
          <w:sz w:val="22"/>
        </w:rPr>
        <w:t>28_请填写文件名.mp3</w:t>
      </w:r>
    </w:p>
    <w:p>
      <w:pPr>
        <w:spacing w:after="60" w:line="276" w:lineRule="auto"/>
      </w:pPr>
      <w:r>
        <w:rPr>
          <w:rFonts w:ascii="Hiragino Sans GB" w:hAnsi="Hiragino Sans GB" w:eastAsia="Hiragino Sans GB"/>
          <w:b/>
          <w:color w:val="2D5B49"/>
          <w:sz w:val="22"/>
        </w:rPr>
        <w:t>【文案】</w:t>
      </w:r>
      <w:r>
        <w:rPr>
          <w:rFonts w:ascii="Hiragino Sans GB" w:hAnsi="Hiragino Sans GB" w:eastAsia="Hiragino Sans GB"/>
          <w:b w:val="0"/>
          <w:sz w:val="22"/>
        </w:rPr>
        <w:t>请在这里粘贴完整口播文案。可换行，但不要在文案内单独输入三个或以上的减号。</w:t>
      </w:r>
    </w:p>
    <w:p>
      <w:pPr>
        <w:spacing w:before="160" w:after="100"/>
        <w:jc w:val="center"/>
      </w:pPr>
      <w:r>
        <w:rPr>
          <w:rFonts w:ascii="Hiragino Sans GB" w:hAnsi="Hiragino Sans GB" w:eastAsia="Hiragino Sans GB"/>
          <w:b/>
          <w:color w:val="AB8034"/>
          <w:sz w:val="18"/>
        </w:rPr>
        <w:t>---</w:t>
      </w:r>
    </w:p>
    <w:p>
      <w:pPr>
        <w:keepNext/>
        <w:spacing w:before="160" w:after="100"/>
      </w:pPr>
      <w:r>
        <w:rPr>
          <w:rFonts w:ascii="Hiragino Sans GB" w:hAnsi="Hiragino Sans GB" w:eastAsia="Hiragino Sans GB"/>
          <w:b/>
          <w:color w:val="2D5B49"/>
          <w:sz w:val="26"/>
        </w:rPr>
        <w:t>第 29 篇</w:t>
      </w:r>
    </w:p>
    <w:p>
      <w:pPr>
        <w:spacing w:after="60" w:line="276" w:lineRule="auto"/>
      </w:pPr>
      <w:r>
        <w:rPr>
          <w:rFonts w:ascii="Hiragino Sans GB" w:hAnsi="Hiragino Sans GB" w:eastAsia="Hiragino Sans GB"/>
          <w:b/>
          <w:color w:val="2D5B49"/>
          <w:sz w:val="22"/>
        </w:rPr>
        <w:t>【标题】</w:t>
      </w:r>
      <w:r>
        <w:rPr>
          <w:rFonts w:ascii="Hiragino Sans GB" w:hAnsi="Hiragino Sans GB" w:eastAsia="Hiragino Sans GB"/>
          <w:b w:val="0"/>
          <w:sz w:val="22"/>
        </w:rPr>
        <w:t>请填写第 29 篇标题</w:t>
      </w:r>
    </w:p>
    <w:p>
      <w:pPr>
        <w:spacing w:after="60" w:line="276" w:lineRule="auto"/>
      </w:pPr>
      <w:r>
        <w:rPr>
          <w:rFonts w:ascii="Hiragino Sans GB" w:hAnsi="Hiragino Sans GB" w:eastAsia="Hiragino Sans GB"/>
          <w:b/>
          <w:color w:val="2D5B49"/>
          <w:sz w:val="22"/>
        </w:rPr>
        <w:t>【场景】</w:t>
      </w:r>
      <w:r>
        <w:rPr>
          <w:rFonts w:ascii="Hiragino Sans GB" w:hAnsi="Hiragino Sans GB" w:eastAsia="Hiragino Sans GB"/>
          <w:b w:val="0"/>
          <w:sz w:val="22"/>
        </w:rPr>
        <w:t>职场口播</w:t>
      </w:r>
    </w:p>
    <w:p>
      <w:pPr>
        <w:spacing w:after="60" w:line="276" w:lineRule="auto"/>
      </w:pPr>
      <w:r>
        <w:rPr>
          <w:rFonts w:ascii="Hiragino Sans GB" w:hAnsi="Hiragino Sans GB" w:eastAsia="Hiragino Sans GB"/>
          <w:b/>
          <w:color w:val="2D5B49"/>
          <w:sz w:val="22"/>
        </w:rPr>
        <w:t>【情绪】</w:t>
      </w:r>
      <w:r>
        <w:rPr>
          <w:rFonts w:ascii="Hiragino Sans GB" w:hAnsi="Hiragino Sans GB" w:eastAsia="Hiragino Sans GB"/>
          <w:b w:val="0"/>
          <w:sz w:val="22"/>
        </w:rPr>
        <w:t>自动</w:t>
      </w:r>
    </w:p>
    <w:p>
      <w:pPr>
        <w:spacing w:after="60" w:line="276" w:lineRule="auto"/>
      </w:pPr>
      <w:r>
        <w:rPr>
          <w:rFonts w:ascii="Hiragino Sans GB" w:hAnsi="Hiragino Sans GB" w:eastAsia="Hiragino Sans GB"/>
          <w:b/>
          <w:color w:val="2D5B49"/>
          <w:sz w:val="22"/>
        </w:rPr>
        <w:t>【文件名】</w:t>
      </w:r>
      <w:r>
        <w:rPr>
          <w:rFonts w:ascii="Hiragino Sans GB" w:hAnsi="Hiragino Sans GB" w:eastAsia="Hiragino Sans GB"/>
          <w:b w:val="0"/>
          <w:sz w:val="22"/>
        </w:rPr>
        <w:t>29_请填写文件名.mp3</w:t>
      </w:r>
    </w:p>
    <w:p>
      <w:pPr>
        <w:spacing w:after="60" w:line="276" w:lineRule="auto"/>
      </w:pPr>
      <w:r>
        <w:rPr>
          <w:rFonts w:ascii="Hiragino Sans GB" w:hAnsi="Hiragino Sans GB" w:eastAsia="Hiragino Sans GB"/>
          <w:b/>
          <w:color w:val="2D5B49"/>
          <w:sz w:val="22"/>
        </w:rPr>
        <w:t>【文案】</w:t>
      </w:r>
      <w:r>
        <w:rPr>
          <w:rFonts w:ascii="Hiragino Sans GB" w:hAnsi="Hiragino Sans GB" w:eastAsia="Hiragino Sans GB"/>
          <w:b w:val="0"/>
          <w:sz w:val="22"/>
        </w:rPr>
        <w:t>请在这里粘贴完整口播文案。可换行，但不要在文案内单独输入三个或以上的减号。</w:t>
      </w:r>
    </w:p>
    <w:p>
      <w:pPr>
        <w:spacing w:before="160" w:after="100"/>
        <w:jc w:val="center"/>
      </w:pPr>
      <w:r>
        <w:rPr>
          <w:rFonts w:ascii="Hiragino Sans GB" w:hAnsi="Hiragino Sans GB" w:eastAsia="Hiragino Sans GB"/>
          <w:b/>
          <w:color w:val="AB8034"/>
          <w:sz w:val="18"/>
        </w:rPr>
        <w:t>---</w:t>
      </w:r>
    </w:p>
    <w:p>
      <w:pPr>
        <w:keepNext/>
        <w:spacing w:before="160" w:after="100"/>
      </w:pPr>
      <w:r>
        <w:rPr>
          <w:rFonts w:ascii="Hiragino Sans GB" w:hAnsi="Hiragino Sans GB" w:eastAsia="Hiragino Sans GB"/>
          <w:b/>
          <w:color w:val="2D5B49"/>
          <w:sz w:val="26"/>
        </w:rPr>
        <w:t>第 30 篇</w:t>
      </w:r>
    </w:p>
    <w:p>
      <w:pPr>
        <w:spacing w:after="60" w:line="276" w:lineRule="auto"/>
      </w:pPr>
      <w:r>
        <w:rPr>
          <w:rFonts w:ascii="Hiragino Sans GB" w:hAnsi="Hiragino Sans GB" w:eastAsia="Hiragino Sans GB"/>
          <w:b/>
          <w:color w:val="2D5B49"/>
          <w:sz w:val="22"/>
        </w:rPr>
        <w:t>【标题】</w:t>
      </w:r>
      <w:r>
        <w:rPr>
          <w:rFonts w:ascii="Hiragino Sans GB" w:hAnsi="Hiragino Sans GB" w:eastAsia="Hiragino Sans GB"/>
          <w:b w:val="0"/>
          <w:sz w:val="22"/>
        </w:rPr>
        <w:t>请填写第 30 篇标题</w:t>
      </w:r>
    </w:p>
    <w:p>
      <w:pPr>
        <w:spacing w:after="60" w:line="276" w:lineRule="auto"/>
      </w:pPr>
      <w:r>
        <w:rPr>
          <w:rFonts w:ascii="Hiragino Sans GB" w:hAnsi="Hiragino Sans GB" w:eastAsia="Hiragino Sans GB"/>
          <w:b/>
          <w:color w:val="2D5B49"/>
          <w:sz w:val="22"/>
        </w:rPr>
        <w:t>【场景】</w:t>
      </w:r>
      <w:r>
        <w:rPr>
          <w:rFonts w:ascii="Hiragino Sans GB" w:hAnsi="Hiragino Sans GB" w:eastAsia="Hiragino Sans GB"/>
          <w:b w:val="0"/>
          <w:sz w:val="22"/>
        </w:rPr>
        <w:t>职场口播</w:t>
      </w:r>
    </w:p>
    <w:p>
      <w:pPr>
        <w:spacing w:after="60" w:line="276" w:lineRule="auto"/>
      </w:pPr>
      <w:r>
        <w:rPr>
          <w:rFonts w:ascii="Hiragino Sans GB" w:hAnsi="Hiragino Sans GB" w:eastAsia="Hiragino Sans GB"/>
          <w:b/>
          <w:color w:val="2D5B49"/>
          <w:sz w:val="22"/>
        </w:rPr>
        <w:t>【情绪】</w:t>
      </w:r>
      <w:r>
        <w:rPr>
          <w:rFonts w:ascii="Hiragino Sans GB" w:hAnsi="Hiragino Sans GB" w:eastAsia="Hiragino Sans GB"/>
          <w:b w:val="0"/>
          <w:sz w:val="22"/>
        </w:rPr>
        <w:t>自动</w:t>
      </w:r>
    </w:p>
    <w:p>
      <w:pPr>
        <w:spacing w:after="60" w:line="276" w:lineRule="auto"/>
      </w:pPr>
      <w:r>
        <w:rPr>
          <w:rFonts w:ascii="Hiragino Sans GB" w:hAnsi="Hiragino Sans GB" w:eastAsia="Hiragino Sans GB"/>
          <w:b/>
          <w:color w:val="2D5B49"/>
          <w:sz w:val="22"/>
        </w:rPr>
        <w:t>【文件名】</w:t>
      </w:r>
      <w:r>
        <w:rPr>
          <w:rFonts w:ascii="Hiragino Sans GB" w:hAnsi="Hiragino Sans GB" w:eastAsia="Hiragino Sans GB"/>
          <w:b w:val="0"/>
          <w:sz w:val="22"/>
        </w:rPr>
        <w:t>30_请填写文件名.mp3</w:t>
      </w:r>
    </w:p>
    <w:p>
      <w:pPr>
        <w:spacing w:after="60" w:line="276" w:lineRule="auto"/>
      </w:pPr>
      <w:r>
        <w:rPr>
          <w:rFonts w:ascii="Hiragino Sans GB" w:hAnsi="Hiragino Sans GB" w:eastAsia="Hiragino Sans GB"/>
          <w:b/>
          <w:color w:val="2D5B49"/>
          <w:sz w:val="22"/>
        </w:rPr>
        <w:t>【文案】</w:t>
      </w:r>
      <w:r>
        <w:rPr>
          <w:rFonts w:ascii="Hiragino Sans GB" w:hAnsi="Hiragino Sans GB" w:eastAsia="Hiragino Sans GB"/>
          <w:b w:val="0"/>
          <w:sz w:val="22"/>
        </w:rPr>
        <w:t>请在这里粘贴完整口播文案。可换行，但不要在文案内单独输入三个或以上的减号。</w:t>
      </w:r>
    </w:p>
    <w:sectPr w:rsidR="00FC693F" w:rsidRPr="0006063C" w:rsidSect="00034616">
      <w:footerReference w:type="default" r:id="rId9"/>
      <w:pgSz w:w="12240" w:h="15840"/>
      <w:pgMar w:top="1037" w:right="1181" w:bottom="1037" w:left="118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Hiragino Sans GB" w:hAnsi="Hiragino Sans GB" w:eastAsia="Hiragino Sans GB"/>
        <w:b w:val="0"/>
        <w:color w:val="606964"/>
        <w:sz w:val="16"/>
      </w:rPr>
      <w:t>合道IP声音系统 · 批量文稿标准模板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Hiragino Sans GB" w:hAnsi="Hiragino Sans GB" w:eastAsia="Hiragino Sans GB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